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before="0" w:line="288" w:lineRule="auto"/>
        <w:jc w:val="right"/>
      </w:pPr>
      <w:r>
        <w:rPr>
          <w:b w:val="0"/>
          <w:sz w:val="21"/>
        </w:rPr>
        <w:t>20XX年○月○日</w:t>
      </w:r>
    </w:p>
    <w:p>
      <w:pPr>
        <w:spacing w:after="280" w:before="0" w:line="288" w:lineRule="auto"/>
        <w:jc w:val="left"/>
      </w:pPr>
      <w:r>
        <w:rPr>
          <w:b w:val="0"/>
          <w:sz w:val="21"/>
        </w:rPr>
        <w:t>○○労働基準監督署長　殿</w:t>
      </w:r>
    </w:p>
    <w:p>
      <w:pPr>
        <w:spacing w:after="280" w:before="0" w:line="288" w:lineRule="auto"/>
        <w:jc w:val="center"/>
      </w:pPr>
      <w:r>
        <w:rPr>
          <w:b/>
          <w:sz w:val="40"/>
        </w:rPr>
        <w:t>就業規則(変更)届</w:t>
      </w:r>
    </w:p>
    <w:p>
      <w:pPr>
        <w:spacing w:after="200" w:before="0" w:line="288" w:lineRule="auto"/>
        <w:jc w:val="left"/>
      </w:pPr>
      <w:r>
        <w:rPr>
          <w:b w:val="0"/>
          <w:sz w:val="21"/>
        </w:rPr>
        <w:t xml:space="preserve">　今回、別添のとおり当社の就業規則を作成(変更)いたしましたので、従業員の過半数を代表する者の意見書を添えて提出します。</w:t>
      </w:r>
    </w:p>
    <w:p>
      <w:pPr>
        <w:spacing w:after="60" w:before="0" w:line="288" w:lineRule="auto"/>
        <w:jc w:val="left"/>
      </w:pPr>
      <w:r>
        <w:rPr>
          <w:b/>
          <w:sz w:val="21"/>
        </w:rPr>
        <w:t>主な変更事項(変更の場合)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条文</w:t>
            </w:r>
          </w:p>
        </w:tc>
        <w:tc>
          <w:tcPr>
            <w:tcW w:type="dxa" w:w="7483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変更の内容</w:t>
            </w:r>
          </w:p>
        </w:tc>
      </w:tr>
      <w:tr>
        <w:trPr>
          <w:trHeight w:val="680" w:hRule="atLeast"/>
        </w:trPr>
        <w:tc>
          <w:tcPr>
            <w:tcW w:type="dxa" w:w="1928"/>
          </w:tcPr>
          <w:p/>
        </w:tc>
        <w:tc>
          <w:tcPr>
            <w:tcW w:type="dxa" w:w="7483"/>
          </w:tcPr>
          <w:p/>
        </w:tc>
      </w:tr>
      <w:tr>
        <w:trPr>
          <w:trHeight w:val="680" w:hRule="atLeast"/>
        </w:trPr>
        <w:tc>
          <w:tcPr>
            <w:tcW w:type="dxa" w:w="1928"/>
          </w:tcPr>
          <w:p/>
        </w:tc>
        <w:tc>
          <w:tcPr>
            <w:tcW w:type="dxa" w:w="7483"/>
          </w:tcPr>
          <w:p/>
        </w:tc>
      </w:tr>
      <w:tr>
        <w:trPr>
          <w:trHeight w:val="680" w:hRule="atLeast"/>
        </w:trPr>
        <w:tc>
          <w:tcPr>
            <w:tcW w:type="dxa" w:w="1928"/>
          </w:tcPr>
          <w:p/>
        </w:tc>
        <w:tc>
          <w:tcPr>
            <w:tcW w:type="dxa" w:w="7483"/>
          </w:tcPr>
          <w:p/>
        </w:tc>
      </w:tr>
    </w:tbl>
    <w:p>
      <w:pPr>
        <w:spacing w:after="200" w:before="0" w:line="288" w:lineRule="auto"/>
        <w:jc w:val="left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567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事業場の名称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0"/>
              </w:rPr>
              <w:t>株式会社○○○○</w:t>
            </w:r>
          </w:p>
        </w:tc>
      </w:tr>
      <w:tr>
        <w:trPr>
          <w:trHeight w:val="567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所在地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0"/>
              </w:rPr>
              <w:t>〒○○○-○○○○　○○県○○市○○町1-2-3</w:t>
            </w:r>
          </w:p>
        </w:tc>
      </w:tr>
      <w:tr>
        <w:trPr>
          <w:trHeight w:val="567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電話番号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0"/>
              </w:rPr>
              <w:t>○○-○○○○-○○○○</w:t>
            </w:r>
          </w:p>
        </w:tc>
      </w:tr>
      <w:tr>
        <w:trPr>
          <w:trHeight w:val="567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業種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567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労働者数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0"/>
              </w:rPr>
              <w:t xml:space="preserve">　　　名</w:t>
            </w:r>
          </w:p>
        </w:tc>
      </w:tr>
      <w:tr>
        <w:trPr>
          <w:trHeight w:val="567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使用者職氏名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0"/>
              </w:rPr>
              <w:t>代表取締役　○○ ○○</w:t>
            </w:r>
          </w:p>
        </w:tc>
      </w:tr>
    </w:tbl>
    <w:sectPr w:rsidR="00FC693F" w:rsidRPr="0006063C" w:rsidSect="00034616">
      <w:pgSz w:w="11906" w:h="16838"/>
      <w:pgMar w:top="794" w:right="1247" w:bottom="68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