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sz w:val="80"/>
          <w:spacing w:val="120"/>
        </w:rPr>
        <w:t>修了証書</w:t>
      </w:r>
    </w:p>
    <w:p>
      <w:pPr>
        <w:spacing w:after="360"/>
        <w:jc w:val="right"/>
      </w:pPr>
      <w:r>
        <w:rPr>
          <w:b/>
          <w:sz w:val="56"/>
        </w:rPr>
        <w:t>○○　○○　殿</w:t>
      </w:r>
    </w:p>
    <w:p>
      <w:pPr>
        <w:spacing w:after="0"/>
        <w:ind w:left="454"/>
        <w:jc w:val="left"/>
      </w:pPr>
      <w:r>
        <w:rPr>
          <w:b w:val="0"/>
          <w:sz w:val="40"/>
        </w:rPr>
        <w:t>あなたは当教室の</w:t>
      </w:r>
    </w:p>
    <w:p>
      <w:pPr>
        <w:spacing w:after="0"/>
        <w:ind w:left="454"/>
        <w:jc w:val="left"/>
      </w:pPr>
      <w:r>
        <w:rPr>
          <w:b w:val="0"/>
          <w:sz w:val="40"/>
        </w:rPr>
        <w:t>○○コース(全○回)を</w:t>
      </w:r>
    </w:p>
    <w:p>
      <w:pPr>
        <w:spacing w:after="0"/>
        <w:ind w:left="454"/>
        <w:jc w:val="left"/>
      </w:pPr>
      <w:r>
        <w:rPr>
          <w:b w:val="0"/>
          <w:sz w:val="40"/>
        </w:rPr>
        <w:t>優秀な成績で修了されたことを</w:t>
      </w:r>
    </w:p>
    <w:p>
      <w:pPr>
        <w:spacing w:after="360"/>
        <w:ind w:left="454"/>
        <w:jc w:val="left"/>
      </w:pPr>
      <w:r>
        <w:rPr>
          <w:b w:val="0"/>
          <w:sz w:val="40"/>
        </w:rPr>
        <w:t>ここに証します</w:t>
      </w:r>
    </w:p>
    <w:p>
      <w:pPr>
        <w:spacing w:after="0"/>
        <w:ind w:left="3402"/>
        <w:jc w:val="left"/>
      </w:pPr>
      <w:r>
        <w:rPr>
          <w:b w:val="0"/>
          <w:sz w:val="30"/>
        </w:rPr>
        <w:t>二〇二六年十月二十五日</w:t>
      </w:r>
    </w:p>
    <w:p>
      <w:pPr>
        <w:spacing w:after="0"/>
        <w:ind w:left="4535"/>
        <w:jc w:val="left"/>
      </w:pPr>
      <w:r>
        <w:rPr>
          <w:b w:val="0"/>
          <w:sz w:val="34"/>
        </w:rPr>
        <w:t>○○教室</w:t>
      </w:r>
    </w:p>
    <w:p>
      <w:pPr>
        <w:spacing w:after="0"/>
        <w:ind w:left="5669"/>
        <w:jc w:val="left"/>
      </w:pPr>
      <w:r>
        <w:rPr>
          <w:b/>
          <w:sz w:val="38"/>
        </w:rPr>
        <w:t>代表　○○　○○</w:t>
      </w:r>
    </w:p>
    <w:sectPr w:rsidR="00FC693F" w:rsidRPr="0006063C" w:rsidSect="00034616">
      <w:pgSz w:w="16838" w:h="11906" w:orient="landscape"/>
      <w:pgMar w:top="1587" w:right="1701" w:bottom="1587" w:left="1701" w:header="720" w:footer="720" w:gutter="0"/>
      <w:cols w:space="720"/>
      <w:docGrid w:linePitch="360"/>
      <w:textDirection w:val="tbRl"/>
      <w:pgBorders w:offsetFrom="page">
        <w:top w:val="thinThickSmallGap" w:sz="24" w:space="24" w:color="1F6F78"/>
        <w:left w:val="thinThickSmallGap" w:sz="24" w:space="24" w:color="1F6F78"/>
        <w:bottom w:val="thinThickSmallGap" w:sz="24" w:space="24" w:color="1F6F78"/>
        <w:right w:val="thinThickSmallGap" w:sz="24" w:space="24" w:color="1F6F7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游明朝" w:hAnsi="游明朝" w:eastAsia="游明朝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