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部長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課長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担当</w:t>
            </w:r>
          </w:p>
        </w:tc>
      </w:tr>
      <w:tr>
        <w:trPr>
          <w:trHeight w:val="850" w:hRule="atLeast"/>
        </w:trP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>
      <w:pPr>
        <w:spacing w:after="80" w:before="40"/>
        <w:jc w:val="center"/>
      </w:pPr>
      <w:r>
        <w:rPr>
          <w:b/>
          <w:sz w:val="40"/>
        </w:rPr>
        <w:t>出 張 報 告 書</w:t>
      </w:r>
    </w:p>
    <w:p>
      <w:pPr>
        <w:spacing w:after="80" w:before="0"/>
        <w:jc w:val="right"/>
      </w:pPr>
      <w:r>
        <w:rPr>
          <w:b w:val="0"/>
          <w:sz w:val="20"/>
        </w:rPr>
        <w:t>提出日　20XX年○月○日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出張者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営業部 営業1課　○○ ○○(同行:△△ △△)</w:t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出張期間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20XX年○月○日(○)〜○月○日(○)　1泊2日</w:t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出張先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大阪府大阪市　株式会社○○○○ 本社、△△工業株式会社</w:t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目的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新製品の提案と、既存のお客様へのフォロー訪問</w:t>
            </w:r>
          </w:p>
        </w:tc>
      </w:tr>
    </w:tbl>
    <w:p>
      <w:pPr>
        <w:spacing w:after="60" w:before="160"/>
        <w:jc w:val="left"/>
      </w:pPr>
      <w:r>
        <w:rPr>
          <w:b/>
          <w:sz w:val="22"/>
        </w:rPr>
        <w:t>1. 日程と内容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日時</w:t>
            </w:r>
          </w:p>
        </w:tc>
        <w:tc>
          <w:tcPr>
            <w:tcW w:type="dxa" w:w="294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訪問先・面談者</w:t>
            </w:r>
          </w:p>
        </w:tc>
        <w:tc>
          <w:tcPr>
            <w:tcW w:type="dxa" w:w="5216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</w:tr>
      <w:tr>
        <w:trPr>
          <w:trHeight w:val="623" w:hRule="atLeast"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○/○ 10:00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株式会社○○○○</w:t>
              <w:br/>
              <w:t>購買部 ○○部長</w:t>
            </w:r>
          </w:p>
        </w:tc>
        <w:tc>
          <w:tcPr>
            <w:tcW w:type="dxa" w:w="5216"/>
          </w:tcPr>
          <w:p>
            <w:r/>
            <w:r>
              <w:rPr>
                <w:b w:val="0"/>
                <w:sz w:val="18"/>
              </w:rPr>
              <w:t>新製品の説明とデモ。見積書を提出</w:t>
            </w:r>
          </w:p>
        </w:tc>
      </w:tr>
      <w:tr>
        <w:trPr>
          <w:trHeight w:val="623" w:hRule="atLeast"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○/○ 15:00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△△工業株式会社</w:t>
              <w:br/>
              <w:t>総務課 △△様</w:t>
            </w:r>
          </w:p>
        </w:tc>
        <w:tc>
          <w:tcPr>
            <w:tcW w:type="dxa" w:w="5216"/>
          </w:tcPr>
          <w:p>
            <w:r/>
            <w:r>
              <w:rPr>
                <w:b w:val="0"/>
                <w:sz w:val="18"/>
              </w:rPr>
              <w:t>導入後のフォロー。追加の注文の相談を受けた</w:t>
            </w:r>
          </w:p>
        </w:tc>
      </w:tr>
      <w:tr>
        <w:trPr>
          <w:trHeight w:val="623" w:hRule="atLeast"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○/○ 10:00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大阪営業所</w:t>
            </w:r>
          </w:p>
        </w:tc>
        <w:tc>
          <w:tcPr>
            <w:tcW w:type="dxa" w:w="5216"/>
          </w:tcPr>
          <w:p>
            <w:r/>
            <w:r>
              <w:rPr>
                <w:b w:val="0"/>
                <w:sz w:val="18"/>
              </w:rPr>
              <w:t>営業所の担当者と、関西の取引先の情報を共有</w:t>
            </w:r>
          </w:p>
        </w:tc>
      </w:tr>
    </w:tbl>
    <w:p>
      <w:pPr>
        <w:spacing w:after="60" w:before="160"/>
        <w:jc w:val="left"/>
      </w:pPr>
      <w:r>
        <w:rPr>
          <w:b/>
          <w:sz w:val="22"/>
        </w:rPr>
        <w:t>2. 成果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24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成果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・○○○○社から、新製品の試験導入(10台)の前向きな返事をもらった</w:t>
              <w:br/>
              <w:t>・△△工業から、消耗品の追加注文(約30万円)の相談を受けた</w:t>
            </w:r>
          </w:p>
        </w:tc>
      </w:tr>
    </w:tbl>
    <w:p>
      <w:pPr>
        <w:spacing w:after="60" w:before="160"/>
        <w:jc w:val="left"/>
      </w:pPr>
      <w:r>
        <w:rPr>
          <w:b/>
          <w:sz w:val="22"/>
        </w:rPr>
        <w:t>3. 課題と今後の対応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8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課題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○○○○社は、価格と納期を他社と比べている</w:t>
            </w:r>
          </w:p>
        </w:tc>
      </w:tr>
      <w:tr>
        <w:trPr>
          <w:trHeight w:val="90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今後の対応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○月○日までに、値引きを含めた見積書を再提出する(課長と相談)</w:t>
              <w:br/>
              <w:t>△△工業へは、来週中に見積書を送る</w:t>
            </w:r>
          </w:p>
        </w:tc>
      </w:tr>
    </w:tbl>
    <w:p>
      <w:pPr>
        <w:spacing w:after="60" w:before="160"/>
        <w:jc w:val="left"/>
      </w:pPr>
      <w:r>
        <w:rPr>
          <w:b/>
          <w:sz w:val="22"/>
        </w:rPr>
        <w:t>4. 経費(概算)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項目</w:t>
            </w:r>
          </w:p>
        </w:tc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金額</w:t>
            </w:r>
          </w:p>
        </w:tc>
        <w:tc>
          <w:tcPr>
            <w:tcW w:type="dxa" w:w="5896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備考</w:t>
            </w:r>
          </w:p>
        </w:tc>
      </w:tr>
      <w:tr>
        <w:trPr>
          <w:trHeight w:val="453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交通費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29,000円</w:t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  <w:t>新幹線 往復(東京〜新大阪)・地下鉄</w:t>
            </w:r>
          </w:p>
        </w:tc>
      </w:tr>
      <w:tr>
        <w:trPr>
          <w:trHeight w:val="453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宿泊費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11,000円</w:t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  <w:t>ビジネスホテル 1泊</w:t>
            </w:r>
          </w:p>
        </w:tc>
      </w:tr>
      <w:tr>
        <w:trPr>
          <w:trHeight w:val="453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日当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4,000円</w:t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  <w:t>旅費規程による(2日分)</w:t>
            </w:r>
          </w:p>
        </w:tc>
      </w:tr>
      <w:tr>
        <w:trPr>
          <w:trHeight w:val="453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合計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44,000円</w:t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  <w:t>精算は経費精算書で別に提出</w:t>
            </w:r>
          </w:p>
        </w:tc>
      </w:tr>
    </w:tbl>
    <w:p>
      <w:pPr>
        <w:spacing w:after="40" w:before="120"/>
        <w:jc w:val="left"/>
      </w:pPr>
      <w:r>
        <w:rPr>
          <w:b w:val="0"/>
          <w:sz w:val="19"/>
        </w:rPr>
        <w:t>添付資料:提案書、見積書(控え)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