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left"/>
      </w:pPr>
      <w:r>
        <w:rPr>
          <w:b w:val="0"/>
          <w:sz w:val="24"/>
        </w:rPr>
        <w:t>第　○○　号</w:t>
      </w:r>
    </w:p>
    <w:p>
      <w:pPr>
        <w:spacing w:after="200"/>
        <w:jc w:val="center"/>
      </w:pPr>
      <w:r>
        <w:rPr>
          <w:b/>
          <w:sz w:val="80"/>
          <w:spacing w:val="120"/>
        </w:rPr>
        <w:t>卒業証書</w:t>
      </w:r>
    </w:p>
    <w:p>
      <w:pPr>
        <w:spacing w:after="80"/>
        <w:jc w:val="right"/>
      </w:pPr>
      <w:r>
        <w:rPr>
          <w:b/>
          <w:sz w:val="56"/>
        </w:rPr>
        <w:t>山田　太郎</w:t>
      </w:r>
    </w:p>
    <w:p>
      <w:pPr>
        <w:spacing w:after="360"/>
        <w:jc w:val="right"/>
      </w:pPr>
      <w:r>
        <w:rPr>
          <w:b w:val="0"/>
          <w:sz w:val="26"/>
        </w:rPr>
        <w:t>二〇一〇年四月一日生</w:t>
      </w:r>
    </w:p>
    <w:p>
      <w:pPr>
        <w:spacing w:after="0"/>
        <w:ind w:left="454"/>
        <w:jc w:val="left"/>
      </w:pPr>
      <w:r>
        <w:rPr>
          <w:b w:val="0"/>
          <w:sz w:val="40"/>
        </w:rPr>
        <w:t>右の者は本校において</w:t>
      </w:r>
    </w:p>
    <w:p>
      <w:pPr>
        <w:spacing w:after="0"/>
        <w:ind w:left="454"/>
        <w:jc w:val="left"/>
      </w:pPr>
      <w:r>
        <w:rPr>
          <w:b w:val="0"/>
          <w:sz w:val="40"/>
        </w:rPr>
        <w:t>小学校の全課程を修了したことを</w:t>
      </w:r>
    </w:p>
    <w:p>
      <w:pPr>
        <w:spacing w:after="360"/>
        <w:ind w:left="454"/>
        <w:jc w:val="left"/>
      </w:pPr>
      <w:r>
        <w:rPr>
          <w:b w:val="0"/>
          <w:sz w:val="40"/>
        </w:rPr>
        <w:t>証する</w:t>
      </w:r>
    </w:p>
    <w:p>
      <w:pPr>
        <w:spacing w:after="0"/>
        <w:ind w:left="3402"/>
        <w:jc w:val="left"/>
      </w:pPr>
      <w:r>
        <w:rPr>
          <w:b w:val="0"/>
          <w:sz w:val="30"/>
        </w:rPr>
        <w:t>二〇二七年三月十八日</w:t>
      </w:r>
    </w:p>
    <w:p>
      <w:pPr>
        <w:spacing w:after="0"/>
        <w:ind w:left="4535"/>
        <w:jc w:val="left"/>
      </w:pPr>
      <w:r>
        <w:rPr>
          <w:b w:val="0"/>
          <w:sz w:val="34"/>
        </w:rPr>
        <w:t>○○市立○○小学校</w:t>
      </w:r>
    </w:p>
    <w:p>
      <w:pPr>
        <w:spacing w:after="0"/>
        <w:ind w:left="5669"/>
        <w:jc w:val="left"/>
      </w:pPr>
      <w:r>
        <w:rPr>
          <w:b/>
          <w:sz w:val="38"/>
        </w:rPr>
        <w:t>校長　○○　○○</w:t>
      </w:r>
    </w:p>
    <w:sectPr w:rsidR="00FC693F" w:rsidRPr="0006063C" w:rsidSect="00034616">
      <w:pgSz w:w="16838" w:h="11906" w:orient="landscape"/>
      <w:pgMar w:top="1587" w:right="1701" w:bottom="1587" w:left="1701" w:header="720" w:footer="720" w:gutter="0"/>
      <w:cols w:space="720"/>
      <w:docGrid w:linePitch="360"/>
      <w:textDirection w:val="tbRl"/>
      <w:pgBorders w:offsetFrom="page">
        <w:top w:val="thinThickSmallGap" w:sz="24" w:space="24" w:color="B8963E"/>
        <w:left w:val="thinThickSmallGap" w:sz="24" w:space="24" w:color="B8963E"/>
        <w:bottom w:val="thinThickSmallGap" w:sz="24" w:space="24" w:color="B8963E"/>
        <w:right w:val="thinThickSmallGap" w:sz="24" w:space="24" w:color="B8963E"/>
      </w:pgBorder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324" w:lineRule="auto"/>
    </w:pPr>
    <w:rPr>
      <w:rFonts w:ascii="游明朝" w:hAnsi="游明朝" w:eastAsia="游明朝"/>
      <w:sz w:val="3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