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312" w:lineRule="auto"/>
        <w:jc w:val="right"/>
      </w:pPr>
      <w:r>
        <w:rPr>
          <w:b w:val="0"/>
          <w:sz w:val="23"/>
        </w:rPr>
        <w:t>20XX年○月○日</w:t>
      </w:r>
    </w:p>
    <w:p>
      <w:pPr>
        <w:spacing w:after="0" w:before="0" w:line="312" w:lineRule="auto"/>
      </w:pPr>
      <w:r>
        <w:rPr>
          <w:b w:val="0"/>
          <w:sz w:val="23"/>
        </w:rPr>
        <w:t>○○株式会社</w:t>
      </w:r>
    </w:p>
    <w:p>
      <w:pPr>
        <w:spacing w:after="0" w:before="0" w:line="312" w:lineRule="auto"/>
      </w:pPr>
      <w:r>
        <w:rPr>
          <w:b w:val="0"/>
          <w:sz w:val="23"/>
        </w:rPr>
        <w:t>○○部　○○課</w:t>
      </w:r>
    </w:p>
    <w:p>
      <w:pPr>
        <w:spacing w:after="0" w:before="0" w:line="312" w:lineRule="auto"/>
      </w:pPr>
      <w:r>
        <w:rPr>
          <w:b/>
          <w:sz w:val="26"/>
        </w:rPr>
        <w:t>○○　○○　様</w:t>
      </w:r>
    </w:p>
    <w:p>
      <w:pPr>
        <w:spacing w:after="0" w:before="0" w:line="312" w:lineRule="auto"/>
      </w:pPr>
    </w:p>
    <w:p>
      <w:pPr>
        <w:spacing w:after="0" w:before="0" w:line="312" w:lineRule="auto"/>
        <w:jc w:val="right"/>
      </w:pPr>
      <w:r>
        <w:rPr>
          <w:b w:val="0"/>
          <w:sz w:val="23"/>
        </w:rPr>
        <w:t>株式会社△△△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〒000-0000 東京都○○区○○1-2-3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○○部　○○　○○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TEL 00-0000-0000</w:t>
      </w:r>
    </w:p>
    <w:p>
      <w:pPr>
        <w:spacing w:after="0" w:before="0" w:line="312" w:lineRule="auto"/>
      </w:pPr>
    </w:p>
    <w:p>
      <w:pPr>
        <w:spacing w:after="400" w:before="0" w:line="312" w:lineRule="auto"/>
        <w:jc w:val="center"/>
      </w:pPr>
      <w:r>
        <w:rPr>
          <w:b/>
          <w:sz w:val="36"/>
        </w:rPr>
        <w:t>書類送付のご案内</w:t>
      </w:r>
    </w:p>
    <w:p>
      <w:pPr>
        <w:spacing w:after="0" w:before="0" w:line="312" w:lineRule="auto"/>
      </w:pPr>
      <w:r>
        <w:rPr>
          <w:b w:val="0"/>
          <w:sz w:val="23"/>
        </w:rPr>
        <w:t>拝啓　時下ますますご清栄のこととお慶び申し上げます。平素は格別のお引き立てを賜り、厚く御礼申し上げます。</w:t>
      </w:r>
    </w:p>
    <w:p>
      <w:pPr>
        <w:spacing w:after="0" w:before="0" w:line="312" w:lineRule="auto"/>
      </w:pPr>
      <w:r>
        <w:rPr>
          <w:b w:val="0"/>
          <w:sz w:val="23"/>
        </w:rPr>
        <w:t xml:space="preserve">　さて、下記の書類をお送りいたしますので、ご査収のほどよろしくお願い申し上げます。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敬具</w:t>
      </w:r>
    </w:p>
    <w:p>
      <w:pPr>
        <w:spacing w:after="160" w:before="0" w:line="312" w:lineRule="auto"/>
        <w:jc w:val="center"/>
      </w:pPr>
      <w:r>
        <w:rPr>
          <w:b w:val="0"/>
          <w:sz w:val="23"/>
        </w:rPr>
        <w:t>記</w:t>
      </w:r>
    </w:p>
    <w:p>
      <w:pPr>
        <w:spacing w:after="40" w:before="0" w:line="312" w:lineRule="auto"/>
        <w:ind w:left="1701"/>
      </w:pPr>
      <w:r>
        <w:rPr>
          <w:b w:val="0"/>
          <w:sz w:val="23"/>
        </w:rPr>
        <w:t>1．○○契約書　　　　2部</w:t>
      </w:r>
    </w:p>
    <w:p>
      <w:pPr>
        <w:spacing w:after="40" w:before="0" w:line="312" w:lineRule="auto"/>
        <w:ind w:left="1701"/>
      </w:pPr>
      <w:r>
        <w:rPr>
          <w:b w:val="0"/>
          <w:sz w:val="23"/>
        </w:rPr>
        <w:t>2．○○資料　　　　　1部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以上</w:t>
      </w:r>
    </w:p>
    <w:p>
      <w:pPr>
        <w:spacing w:after="0" w:before="0" w:line="312" w:lineRule="auto"/>
      </w:pPr>
      <w:r>
        <w:rPr>
          <w:b w:val="0"/>
          <w:sz w:val="19"/>
        </w:rPr>
        <w:t>※ご不明な点がございましたら、担当の○○までお問い合わせください。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