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 w:line="312" w:lineRule="auto"/>
        <w:jc w:val="right"/>
      </w:pPr>
      <w:r>
        <w:rPr>
          <w:b w:val="0"/>
          <w:sz w:val="23"/>
        </w:rPr>
        <w:t>20XX年○月○日</w:t>
      </w:r>
    </w:p>
    <w:p>
      <w:pPr>
        <w:spacing w:after="0" w:before="0" w:line="312" w:lineRule="auto"/>
      </w:pPr>
      <w:r>
        <w:rPr>
          <w:b w:val="0"/>
          <w:sz w:val="23"/>
        </w:rPr>
        <w:t>○○株式会社</w:t>
      </w:r>
    </w:p>
    <w:p>
      <w:pPr>
        <w:spacing w:after="0" w:before="0" w:line="312" w:lineRule="auto"/>
      </w:pPr>
      <w:r>
        <w:rPr>
          <w:b/>
          <w:sz w:val="26"/>
        </w:rPr>
        <w:t>人事部　採用ご担当者様</w:t>
      </w:r>
    </w:p>
    <w:p>
      <w:pPr>
        <w:spacing w:after="0" w:before="0" w:line="312" w:lineRule="auto"/>
      </w:pPr>
    </w:p>
    <w:p>
      <w:pPr>
        <w:spacing w:after="0" w:before="0" w:line="312" w:lineRule="auto"/>
        <w:jc w:val="right"/>
      </w:pPr>
      <w:r>
        <w:rPr>
          <w:b w:val="0"/>
          <w:sz w:val="23"/>
        </w:rPr>
        <w:t>〒000-0000</w:t>
      </w:r>
    </w:p>
    <w:p>
      <w:pPr>
        <w:spacing w:after="0" w:before="0" w:line="312" w:lineRule="auto"/>
        <w:jc w:val="right"/>
      </w:pPr>
      <w:r>
        <w:rPr>
          <w:b w:val="0"/>
          <w:sz w:val="23"/>
        </w:rPr>
        <w:t>東京都○○区○○1-2-3</w:t>
      </w:r>
    </w:p>
    <w:p>
      <w:pPr>
        <w:spacing w:after="0" w:before="0" w:line="312" w:lineRule="auto"/>
        <w:jc w:val="right"/>
      </w:pPr>
      <w:r>
        <w:rPr>
          <w:b w:val="0"/>
          <w:sz w:val="23"/>
        </w:rPr>
        <w:t>○○　○○</w:t>
      </w:r>
    </w:p>
    <w:p>
      <w:pPr>
        <w:spacing w:after="0" w:before="0" w:line="312" w:lineRule="auto"/>
        <w:jc w:val="right"/>
      </w:pPr>
      <w:r>
        <w:rPr>
          <w:b w:val="0"/>
          <w:sz w:val="23"/>
        </w:rPr>
        <w:t>TEL 000-0000-0000</w:t>
      </w:r>
    </w:p>
    <w:p>
      <w:pPr>
        <w:spacing w:after="0" w:before="0" w:line="312" w:lineRule="auto"/>
        <w:jc w:val="right"/>
      </w:pPr>
      <w:r>
        <w:rPr>
          <w:b w:val="0"/>
          <w:sz w:val="23"/>
        </w:rPr>
        <w:t>メール xxxx@example.com</w:t>
      </w:r>
    </w:p>
    <w:p>
      <w:pPr>
        <w:spacing w:after="0" w:before="0" w:line="312" w:lineRule="auto"/>
      </w:pPr>
    </w:p>
    <w:p>
      <w:pPr>
        <w:spacing w:after="400" w:before="0" w:line="312" w:lineRule="auto"/>
        <w:jc w:val="center"/>
      </w:pPr>
      <w:r>
        <w:rPr>
          <w:b/>
          <w:sz w:val="36"/>
        </w:rPr>
        <w:t>応募書類送付のご案内</w:t>
      </w:r>
    </w:p>
    <w:p>
      <w:pPr>
        <w:spacing w:after="0" w:before="0" w:line="312" w:lineRule="auto"/>
      </w:pPr>
      <w:r>
        <w:rPr>
          <w:b w:val="0"/>
          <w:sz w:val="23"/>
        </w:rPr>
        <w:t>拝啓　時下ますますご清栄のこととお慶び申し上げます。</w:t>
      </w:r>
    </w:p>
    <w:p>
      <w:pPr>
        <w:spacing w:after="0" w:before="0" w:line="312" w:lineRule="auto"/>
      </w:pPr>
      <w:r>
        <w:rPr>
          <w:b w:val="0"/>
          <w:sz w:val="23"/>
        </w:rPr>
        <w:t xml:space="preserve">　このたび、貴社の○○職の求人を拝見し、応募させていただきたく、下記の書類をお送りいたします。</w:t>
      </w:r>
    </w:p>
    <w:p>
      <w:pPr>
        <w:spacing w:after="0" w:before="0" w:line="312" w:lineRule="auto"/>
      </w:pPr>
      <w:r>
        <w:rPr>
          <w:b w:val="0"/>
          <w:sz w:val="23"/>
        </w:rPr>
        <w:t xml:space="preserve">　ご多忙のところ恐縮ですが、ご検討のほど、よろしくお願い申し上げます。</w:t>
      </w:r>
    </w:p>
    <w:p>
      <w:pPr>
        <w:spacing w:after="240" w:before="0" w:line="312" w:lineRule="auto"/>
        <w:jc w:val="right"/>
      </w:pPr>
      <w:r>
        <w:rPr>
          <w:b w:val="0"/>
          <w:sz w:val="23"/>
        </w:rPr>
        <w:t>敬具</w:t>
      </w:r>
    </w:p>
    <w:p>
      <w:pPr>
        <w:spacing w:after="160" w:before="0" w:line="312" w:lineRule="auto"/>
        <w:jc w:val="center"/>
      </w:pPr>
      <w:r>
        <w:rPr>
          <w:b w:val="0"/>
          <w:sz w:val="23"/>
        </w:rPr>
        <w:t>記</w:t>
      </w:r>
    </w:p>
    <w:p>
      <w:pPr>
        <w:spacing w:after="40" w:before="0" w:line="312" w:lineRule="auto"/>
        <w:ind w:left="1701"/>
      </w:pPr>
      <w:r>
        <w:rPr>
          <w:b w:val="0"/>
          <w:sz w:val="23"/>
        </w:rPr>
        <w:t>1．履歴書　　　　　　1通</w:t>
      </w:r>
    </w:p>
    <w:p>
      <w:pPr>
        <w:spacing w:after="40" w:before="0" w:line="312" w:lineRule="auto"/>
        <w:ind w:left="1701"/>
      </w:pPr>
      <w:r>
        <w:rPr>
          <w:b w:val="0"/>
          <w:sz w:val="23"/>
        </w:rPr>
        <w:t>2．職務経歴書　　　　1通</w:t>
      </w:r>
    </w:p>
    <w:p>
      <w:pPr>
        <w:spacing w:after="240" w:before="0" w:line="312" w:lineRule="auto"/>
        <w:jc w:val="right"/>
      </w:pPr>
      <w:r>
        <w:rPr>
          <w:b w:val="0"/>
          <w:sz w:val="23"/>
        </w:rPr>
        <w:t>以上</w:t>
      </w:r>
    </w:p>
    <w:sectPr w:rsidR="00FC693F" w:rsidRPr="0006063C" w:rsidSect="00034616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