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200" w:type="dxa"/>
          <w:right w:w="200" w:type="dxa"/>
        </w:tblCellMar>
        <w:tblLayout w:type="fixed"/>
      </w:tblPr>
      <w:tblGrid>
        <w:gridCol w:w="5159"/>
        <w:gridCol w:w="5159"/>
      </w:tblGrid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80" w:after="0"/>
              <w:jc w:val="center"/>
            </w:pPr>
            <w:r>
              <w:rPr>
                <w:b/>
                <w:color w:val="C0392B"/>
                <w:sz w:val="18"/>
              </w:rPr>
              <w:t>STAMP CARD　○○ベーカリー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dotted" w:sz="6" w:color="C0C0C0"/>
                <w:left w:val="dotted" w:sz="6" w:color="C0C0C0"/>
                <w:bottom w:val="dotted" w:sz="6" w:color="C0C0C0"/>
                <w:right w:val="dotted" w:sz="6" w:color="C0C0C0"/>
                <w:insideH w:val="dotted" w:sz="6" w:color="C0C0C0"/>
                <w:insideV w:val="dotted" w:sz="6" w:color="C0C0C0"/>
              </w:tblBorders>
            </w:tblPr>
            <w:tblGrid>
              <w:gridCol w:w="1032"/>
              <w:gridCol w:w="1032"/>
              <w:gridCol w:w="1032"/>
              <w:gridCol w:w="1032"/>
              <w:gridCol w:w="1032"/>
            </w:tblGrid>
            <w:tr>
              <w:trPr>
                <w:trHeight w:val="765" w:hRule="exact"/>
              </w:trPr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2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3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4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5</w:t>
                  </w:r>
                </w:p>
              </w:tc>
            </w:tr>
            <w:tr>
              <w:trPr>
                <w:trHeight w:val="765" w:hRule="exact"/>
              </w:trPr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6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7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8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9</w:t>
                  </w:r>
                </w:p>
              </w:tc>
              <w:tc>
                <w:tcPr>
                  <w:tcW w:type="dxa" w:w="765"/>
                  <w:vAlign w:val="center"/>
                  <w:shd w:val="clear" w:color="auto" w:fill="FDECEA"/>
                </w:tcPr>
                <w:p>
                  <w:pPr>
                    <w:jc w:val="center"/>
                  </w:pPr>
                  <w:r>
                    <w:rPr>
                      <w:b/>
                      <w:color w:val="C0392B"/>
                      <w:sz w:val="12"/>
                    </w:rPr>
                    <w:t>特典</w:t>
                  </w:r>
                </w:p>
              </w:tc>
            </w:tr>
          </w:tbl>
          <w:p/>
          <w:p>
            <w:pPr>
              <w:spacing w:before="40" w:after="0"/>
              <w:jc w:val="center"/>
            </w:pPr>
            <w:r>
              <w:rPr>
                <w:b w:val="0"/>
                <w:color w:val="595959"/>
                <w:sz w:val="13"/>
              </w:rPr>
              <w:t>10個たまると、お好きなパン1個プレゼント</w:t>
            </w:r>
          </w:p>
        </w:tc>
        <w:tc>
          <w:tcPr>
            <w:tcW w:type="dxa" w:w="5159"/>
          </w:tcPr>
          <w:p>
            <w:pPr>
              <w:spacing w:before="80" w:after="0"/>
              <w:jc w:val="center"/>
            </w:pPr>
            <w:r>
              <w:rPr>
                <w:b/>
                <w:color w:val="C0392B"/>
                <w:sz w:val="18"/>
              </w:rPr>
              <w:t>STAMP CARD　○○ベーカリー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dotted" w:sz="6" w:color="C0C0C0"/>
                <w:left w:val="dotted" w:sz="6" w:color="C0C0C0"/>
                <w:bottom w:val="dotted" w:sz="6" w:color="C0C0C0"/>
                <w:right w:val="dotted" w:sz="6" w:color="C0C0C0"/>
                <w:insideH w:val="dotted" w:sz="6" w:color="C0C0C0"/>
                <w:insideV w:val="dotted" w:sz="6" w:color="C0C0C0"/>
              </w:tblBorders>
            </w:tblPr>
            <w:tblGrid>
              <w:gridCol w:w="1032"/>
              <w:gridCol w:w="1032"/>
              <w:gridCol w:w="1032"/>
              <w:gridCol w:w="1032"/>
              <w:gridCol w:w="1032"/>
            </w:tblGrid>
            <w:tr>
              <w:trPr>
                <w:trHeight w:val="765" w:hRule="exact"/>
              </w:trPr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2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3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4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5</w:t>
                  </w:r>
                </w:p>
              </w:tc>
            </w:tr>
            <w:tr>
              <w:trPr>
                <w:trHeight w:val="765" w:hRule="exact"/>
              </w:trPr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6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7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8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9</w:t>
                  </w:r>
                </w:p>
              </w:tc>
              <w:tc>
                <w:tcPr>
                  <w:tcW w:type="dxa" w:w="765"/>
                  <w:vAlign w:val="center"/>
                  <w:shd w:val="clear" w:color="auto" w:fill="FDECEA"/>
                </w:tcPr>
                <w:p>
                  <w:pPr>
                    <w:jc w:val="center"/>
                  </w:pPr>
                  <w:r>
                    <w:rPr>
                      <w:b/>
                      <w:color w:val="C0392B"/>
                      <w:sz w:val="12"/>
                    </w:rPr>
                    <w:t>特典</w:t>
                  </w:r>
                </w:p>
              </w:tc>
            </w:tr>
          </w:tbl>
          <w:p/>
          <w:p>
            <w:pPr>
              <w:spacing w:before="40" w:after="0"/>
              <w:jc w:val="center"/>
            </w:pPr>
            <w:r>
              <w:rPr>
                <w:b w:val="0"/>
                <w:color w:val="595959"/>
                <w:sz w:val="13"/>
              </w:rPr>
              <w:t>10個たまると、お好きなパン1個プレゼント</w:t>
            </w:r>
          </w:p>
        </w:tc>
      </w:tr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80" w:after="0"/>
              <w:jc w:val="center"/>
            </w:pPr>
            <w:r>
              <w:rPr>
                <w:b/>
                <w:color w:val="C0392B"/>
                <w:sz w:val="18"/>
              </w:rPr>
              <w:t>STAMP CARD　○○ベーカリー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dotted" w:sz="6" w:color="C0C0C0"/>
                <w:left w:val="dotted" w:sz="6" w:color="C0C0C0"/>
                <w:bottom w:val="dotted" w:sz="6" w:color="C0C0C0"/>
                <w:right w:val="dotted" w:sz="6" w:color="C0C0C0"/>
                <w:insideH w:val="dotted" w:sz="6" w:color="C0C0C0"/>
                <w:insideV w:val="dotted" w:sz="6" w:color="C0C0C0"/>
              </w:tblBorders>
            </w:tblPr>
            <w:tblGrid>
              <w:gridCol w:w="1032"/>
              <w:gridCol w:w="1032"/>
              <w:gridCol w:w="1032"/>
              <w:gridCol w:w="1032"/>
              <w:gridCol w:w="1032"/>
            </w:tblGrid>
            <w:tr>
              <w:trPr>
                <w:trHeight w:val="765" w:hRule="exact"/>
              </w:trPr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2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3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4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5</w:t>
                  </w:r>
                </w:p>
              </w:tc>
            </w:tr>
            <w:tr>
              <w:trPr>
                <w:trHeight w:val="765" w:hRule="exact"/>
              </w:trPr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6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7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8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9</w:t>
                  </w:r>
                </w:p>
              </w:tc>
              <w:tc>
                <w:tcPr>
                  <w:tcW w:type="dxa" w:w="765"/>
                  <w:vAlign w:val="center"/>
                  <w:shd w:val="clear" w:color="auto" w:fill="FDECEA"/>
                </w:tcPr>
                <w:p>
                  <w:pPr>
                    <w:jc w:val="center"/>
                  </w:pPr>
                  <w:r>
                    <w:rPr>
                      <w:b/>
                      <w:color w:val="C0392B"/>
                      <w:sz w:val="12"/>
                    </w:rPr>
                    <w:t>特典</w:t>
                  </w:r>
                </w:p>
              </w:tc>
            </w:tr>
          </w:tbl>
          <w:p/>
          <w:p>
            <w:pPr>
              <w:spacing w:before="40" w:after="0"/>
              <w:jc w:val="center"/>
            </w:pPr>
            <w:r>
              <w:rPr>
                <w:b w:val="0"/>
                <w:color w:val="595959"/>
                <w:sz w:val="13"/>
              </w:rPr>
              <w:t>10個たまると、お好きなパン1個プレゼント</w:t>
            </w:r>
          </w:p>
        </w:tc>
        <w:tc>
          <w:tcPr>
            <w:tcW w:type="dxa" w:w="5159"/>
          </w:tcPr>
          <w:p>
            <w:pPr>
              <w:spacing w:before="80" w:after="0"/>
              <w:jc w:val="center"/>
            </w:pPr>
            <w:r>
              <w:rPr>
                <w:b/>
                <w:color w:val="C0392B"/>
                <w:sz w:val="18"/>
              </w:rPr>
              <w:t>STAMP CARD　○○ベーカリー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dotted" w:sz="6" w:color="C0C0C0"/>
                <w:left w:val="dotted" w:sz="6" w:color="C0C0C0"/>
                <w:bottom w:val="dotted" w:sz="6" w:color="C0C0C0"/>
                <w:right w:val="dotted" w:sz="6" w:color="C0C0C0"/>
                <w:insideH w:val="dotted" w:sz="6" w:color="C0C0C0"/>
                <w:insideV w:val="dotted" w:sz="6" w:color="C0C0C0"/>
              </w:tblBorders>
            </w:tblPr>
            <w:tblGrid>
              <w:gridCol w:w="1032"/>
              <w:gridCol w:w="1032"/>
              <w:gridCol w:w="1032"/>
              <w:gridCol w:w="1032"/>
              <w:gridCol w:w="1032"/>
            </w:tblGrid>
            <w:tr>
              <w:trPr>
                <w:trHeight w:val="765" w:hRule="exact"/>
              </w:trPr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2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3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4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5</w:t>
                  </w:r>
                </w:p>
              </w:tc>
            </w:tr>
            <w:tr>
              <w:trPr>
                <w:trHeight w:val="765" w:hRule="exact"/>
              </w:trPr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6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7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8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9</w:t>
                  </w:r>
                </w:p>
              </w:tc>
              <w:tc>
                <w:tcPr>
                  <w:tcW w:type="dxa" w:w="765"/>
                  <w:vAlign w:val="center"/>
                  <w:shd w:val="clear" w:color="auto" w:fill="FDECEA"/>
                </w:tcPr>
                <w:p>
                  <w:pPr>
                    <w:jc w:val="center"/>
                  </w:pPr>
                  <w:r>
                    <w:rPr>
                      <w:b/>
                      <w:color w:val="C0392B"/>
                      <w:sz w:val="12"/>
                    </w:rPr>
                    <w:t>特典</w:t>
                  </w:r>
                </w:p>
              </w:tc>
            </w:tr>
          </w:tbl>
          <w:p/>
          <w:p>
            <w:pPr>
              <w:spacing w:before="40" w:after="0"/>
              <w:jc w:val="center"/>
            </w:pPr>
            <w:r>
              <w:rPr>
                <w:b w:val="0"/>
                <w:color w:val="595959"/>
                <w:sz w:val="13"/>
              </w:rPr>
              <w:t>10個たまると、お好きなパン1個プレゼント</w:t>
            </w:r>
          </w:p>
        </w:tc>
      </w:tr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80" w:after="0"/>
              <w:jc w:val="center"/>
            </w:pPr>
            <w:r>
              <w:rPr>
                <w:b/>
                <w:color w:val="C0392B"/>
                <w:sz w:val="18"/>
              </w:rPr>
              <w:t>STAMP CARD　○○ベーカリー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dotted" w:sz="6" w:color="C0C0C0"/>
                <w:left w:val="dotted" w:sz="6" w:color="C0C0C0"/>
                <w:bottom w:val="dotted" w:sz="6" w:color="C0C0C0"/>
                <w:right w:val="dotted" w:sz="6" w:color="C0C0C0"/>
                <w:insideH w:val="dotted" w:sz="6" w:color="C0C0C0"/>
                <w:insideV w:val="dotted" w:sz="6" w:color="C0C0C0"/>
              </w:tblBorders>
            </w:tblPr>
            <w:tblGrid>
              <w:gridCol w:w="1032"/>
              <w:gridCol w:w="1032"/>
              <w:gridCol w:w="1032"/>
              <w:gridCol w:w="1032"/>
              <w:gridCol w:w="1032"/>
            </w:tblGrid>
            <w:tr>
              <w:trPr>
                <w:trHeight w:val="765" w:hRule="exact"/>
              </w:trPr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2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3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4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5</w:t>
                  </w:r>
                </w:p>
              </w:tc>
            </w:tr>
            <w:tr>
              <w:trPr>
                <w:trHeight w:val="765" w:hRule="exact"/>
              </w:trPr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6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7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8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9</w:t>
                  </w:r>
                </w:p>
              </w:tc>
              <w:tc>
                <w:tcPr>
                  <w:tcW w:type="dxa" w:w="765"/>
                  <w:vAlign w:val="center"/>
                  <w:shd w:val="clear" w:color="auto" w:fill="FDECEA"/>
                </w:tcPr>
                <w:p>
                  <w:pPr>
                    <w:jc w:val="center"/>
                  </w:pPr>
                  <w:r>
                    <w:rPr>
                      <w:b/>
                      <w:color w:val="C0392B"/>
                      <w:sz w:val="12"/>
                    </w:rPr>
                    <w:t>特典</w:t>
                  </w:r>
                </w:p>
              </w:tc>
            </w:tr>
          </w:tbl>
          <w:p/>
          <w:p>
            <w:pPr>
              <w:spacing w:before="40" w:after="0"/>
              <w:jc w:val="center"/>
            </w:pPr>
            <w:r>
              <w:rPr>
                <w:b w:val="0"/>
                <w:color w:val="595959"/>
                <w:sz w:val="13"/>
              </w:rPr>
              <w:t>10個たまると、お好きなパン1個プレゼント</w:t>
            </w:r>
          </w:p>
        </w:tc>
        <w:tc>
          <w:tcPr>
            <w:tcW w:type="dxa" w:w="5159"/>
          </w:tcPr>
          <w:p>
            <w:pPr>
              <w:spacing w:before="80" w:after="0"/>
              <w:jc w:val="center"/>
            </w:pPr>
            <w:r>
              <w:rPr>
                <w:b/>
                <w:color w:val="C0392B"/>
                <w:sz w:val="18"/>
              </w:rPr>
              <w:t>STAMP CARD　○○ベーカリー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dotted" w:sz="6" w:color="C0C0C0"/>
                <w:left w:val="dotted" w:sz="6" w:color="C0C0C0"/>
                <w:bottom w:val="dotted" w:sz="6" w:color="C0C0C0"/>
                <w:right w:val="dotted" w:sz="6" w:color="C0C0C0"/>
                <w:insideH w:val="dotted" w:sz="6" w:color="C0C0C0"/>
                <w:insideV w:val="dotted" w:sz="6" w:color="C0C0C0"/>
              </w:tblBorders>
            </w:tblPr>
            <w:tblGrid>
              <w:gridCol w:w="1032"/>
              <w:gridCol w:w="1032"/>
              <w:gridCol w:w="1032"/>
              <w:gridCol w:w="1032"/>
              <w:gridCol w:w="1032"/>
            </w:tblGrid>
            <w:tr>
              <w:trPr>
                <w:trHeight w:val="765" w:hRule="exact"/>
              </w:trPr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2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3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4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5</w:t>
                  </w:r>
                </w:p>
              </w:tc>
            </w:tr>
            <w:tr>
              <w:trPr>
                <w:trHeight w:val="765" w:hRule="exact"/>
              </w:trPr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6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7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8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9</w:t>
                  </w:r>
                </w:p>
              </w:tc>
              <w:tc>
                <w:tcPr>
                  <w:tcW w:type="dxa" w:w="765"/>
                  <w:vAlign w:val="center"/>
                  <w:shd w:val="clear" w:color="auto" w:fill="FDECEA"/>
                </w:tcPr>
                <w:p>
                  <w:pPr>
                    <w:jc w:val="center"/>
                  </w:pPr>
                  <w:r>
                    <w:rPr>
                      <w:b/>
                      <w:color w:val="C0392B"/>
                      <w:sz w:val="12"/>
                    </w:rPr>
                    <w:t>特典</w:t>
                  </w:r>
                </w:p>
              </w:tc>
            </w:tr>
          </w:tbl>
          <w:p/>
          <w:p>
            <w:pPr>
              <w:spacing w:before="40" w:after="0"/>
              <w:jc w:val="center"/>
            </w:pPr>
            <w:r>
              <w:rPr>
                <w:b w:val="0"/>
                <w:color w:val="595959"/>
                <w:sz w:val="13"/>
              </w:rPr>
              <w:t>10個たまると、お好きなパン1個プレゼント</w:t>
            </w:r>
          </w:p>
        </w:tc>
      </w:tr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80" w:after="0"/>
              <w:jc w:val="center"/>
            </w:pPr>
            <w:r>
              <w:rPr>
                <w:b/>
                <w:color w:val="C0392B"/>
                <w:sz w:val="18"/>
              </w:rPr>
              <w:t>STAMP CARD　○○ベーカリー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dotted" w:sz="6" w:color="C0C0C0"/>
                <w:left w:val="dotted" w:sz="6" w:color="C0C0C0"/>
                <w:bottom w:val="dotted" w:sz="6" w:color="C0C0C0"/>
                <w:right w:val="dotted" w:sz="6" w:color="C0C0C0"/>
                <w:insideH w:val="dotted" w:sz="6" w:color="C0C0C0"/>
                <w:insideV w:val="dotted" w:sz="6" w:color="C0C0C0"/>
              </w:tblBorders>
            </w:tblPr>
            <w:tblGrid>
              <w:gridCol w:w="1032"/>
              <w:gridCol w:w="1032"/>
              <w:gridCol w:w="1032"/>
              <w:gridCol w:w="1032"/>
              <w:gridCol w:w="1032"/>
            </w:tblGrid>
            <w:tr>
              <w:trPr>
                <w:trHeight w:val="765" w:hRule="exact"/>
              </w:trPr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2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3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4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5</w:t>
                  </w:r>
                </w:p>
              </w:tc>
            </w:tr>
            <w:tr>
              <w:trPr>
                <w:trHeight w:val="765" w:hRule="exact"/>
              </w:trPr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6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7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8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9</w:t>
                  </w:r>
                </w:p>
              </w:tc>
              <w:tc>
                <w:tcPr>
                  <w:tcW w:type="dxa" w:w="765"/>
                  <w:vAlign w:val="center"/>
                  <w:shd w:val="clear" w:color="auto" w:fill="FDECEA"/>
                </w:tcPr>
                <w:p>
                  <w:pPr>
                    <w:jc w:val="center"/>
                  </w:pPr>
                  <w:r>
                    <w:rPr>
                      <w:b/>
                      <w:color w:val="C0392B"/>
                      <w:sz w:val="12"/>
                    </w:rPr>
                    <w:t>特典</w:t>
                  </w:r>
                </w:p>
              </w:tc>
            </w:tr>
          </w:tbl>
          <w:p/>
          <w:p>
            <w:pPr>
              <w:spacing w:before="40" w:after="0"/>
              <w:jc w:val="center"/>
            </w:pPr>
            <w:r>
              <w:rPr>
                <w:b w:val="0"/>
                <w:color w:val="595959"/>
                <w:sz w:val="13"/>
              </w:rPr>
              <w:t>10個たまると、お好きなパン1個プレゼント</w:t>
            </w:r>
          </w:p>
        </w:tc>
        <w:tc>
          <w:tcPr>
            <w:tcW w:type="dxa" w:w="5159"/>
          </w:tcPr>
          <w:p>
            <w:pPr>
              <w:spacing w:before="80" w:after="0"/>
              <w:jc w:val="center"/>
            </w:pPr>
            <w:r>
              <w:rPr>
                <w:b/>
                <w:color w:val="C0392B"/>
                <w:sz w:val="18"/>
              </w:rPr>
              <w:t>STAMP CARD　○○ベーカリー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dotted" w:sz="6" w:color="C0C0C0"/>
                <w:left w:val="dotted" w:sz="6" w:color="C0C0C0"/>
                <w:bottom w:val="dotted" w:sz="6" w:color="C0C0C0"/>
                <w:right w:val="dotted" w:sz="6" w:color="C0C0C0"/>
                <w:insideH w:val="dotted" w:sz="6" w:color="C0C0C0"/>
                <w:insideV w:val="dotted" w:sz="6" w:color="C0C0C0"/>
              </w:tblBorders>
            </w:tblPr>
            <w:tblGrid>
              <w:gridCol w:w="1032"/>
              <w:gridCol w:w="1032"/>
              <w:gridCol w:w="1032"/>
              <w:gridCol w:w="1032"/>
              <w:gridCol w:w="1032"/>
            </w:tblGrid>
            <w:tr>
              <w:trPr>
                <w:trHeight w:val="765" w:hRule="exact"/>
              </w:trPr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2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3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4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5</w:t>
                  </w:r>
                </w:p>
              </w:tc>
            </w:tr>
            <w:tr>
              <w:trPr>
                <w:trHeight w:val="765" w:hRule="exact"/>
              </w:trPr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6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7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8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9</w:t>
                  </w:r>
                </w:p>
              </w:tc>
              <w:tc>
                <w:tcPr>
                  <w:tcW w:type="dxa" w:w="765"/>
                  <w:vAlign w:val="center"/>
                  <w:shd w:val="clear" w:color="auto" w:fill="FDECEA"/>
                </w:tcPr>
                <w:p>
                  <w:pPr>
                    <w:jc w:val="center"/>
                  </w:pPr>
                  <w:r>
                    <w:rPr>
                      <w:b/>
                      <w:color w:val="C0392B"/>
                      <w:sz w:val="12"/>
                    </w:rPr>
                    <w:t>特典</w:t>
                  </w:r>
                </w:p>
              </w:tc>
            </w:tr>
          </w:tbl>
          <w:p/>
          <w:p>
            <w:pPr>
              <w:spacing w:before="40" w:after="0"/>
              <w:jc w:val="center"/>
            </w:pPr>
            <w:r>
              <w:rPr>
                <w:b w:val="0"/>
                <w:color w:val="595959"/>
                <w:sz w:val="13"/>
              </w:rPr>
              <w:t>10個たまると、お好きなパン1個プレゼント</w:t>
            </w:r>
          </w:p>
        </w:tc>
      </w:tr>
      <w:tr>
        <w:trPr>
          <w:trHeight w:val="3118" w:hRule="exact"/>
          <w:cantSplit/>
        </w:trPr>
        <w:tc>
          <w:tcPr>
            <w:tcW w:type="dxa" w:w="5159"/>
          </w:tcPr>
          <w:p>
            <w:pPr>
              <w:spacing w:before="80" w:after="0"/>
              <w:jc w:val="center"/>
            </w:pPr>
            <w:r>
              <w:rPr>
                <w:b/>
                <w:color w:val="C0392B"/>
                <w:sz w:val="18"/>
              </w:rPr>
              <w:t>STAMP CARD　○○ベーカリー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dotted" w:sz="6" w:color="C0C0C0"/>
                <w:left w:val="dotted" w:sz="6" w:color="C0C0C0"/>
                <w:bottom w:val="dotted" w:sz="6" w:color="C0C0C0"/>
                <w:right w:val="dotted" w:sz="6" w:color="C0C0C0"/>
                <w:insideH w:val="dotted" w:sz="6" w:color="C0C0C0"/>
                <w:insideV w:val="dotted" w:sz="6" w:color="C0C0C0"/>
              </w:tblBorders>
            </w:tblPr>
            <w:tblGrid>
              <w:gridCol w:w="1032"/>
              <w:gridCol w:w="1032"/>
              <w:gridCol w:w="1032"/>
              <w:gridCol w:w="1032"/>
              <w:gridCol w:w="1032"/>
            </w:tblGrid>
            <w:tr>
              <w:trPr>
                <w:trHeight w:val="765" w:hRule="exact"/>
              </w:trPr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2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3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4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5</w:t>
                  </w:r>
                </w:p>
              </w:tc>
            </w:tr>
            <w:tr>
              <w:trPr>
                <w:trHeight w:val="765" w:hRule="exact"/>
              </w:trPr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6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7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8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9</w:t>
                  </w:r>
                </w:p>
              </w:tc>
              <w:tc>
                <w:tcPr>
                  <w:tcW w:type="dxa" w:w="765"/>
                  <w:vAlign w:val="center"/>
                  <w:shd w:val="clear" w:color="auto" w:fill="FDECEA"/>
                </w:tcPr>
                <w:p>
                  <w:pPr>
                    <w:jc w:val="center"/>
                  </w:pPr>
                  <w:r>
                    <w:rPr>
                      <w:b/>
                      <w:color w:val="C0392B"/>
                      <w:sz w:val="12"/>
                    </w:rPr>
                    <w:t>特典</w:t>
                  </w:r>
                </w:p>
              </w:tc>
            </w:tr>
          </w:tbl>
          <w:p/>
          <w:p>
            <w:pPr>
              <w:spacing w:before="40" w:after="0"/>
              <w:jc w:val="center"/>
            </w:pPr>
            <w:r>
              <w:rPr>
                <w:b w:val="0"/>
                <w:color w:val="595959"/>
                <w:sz w:val="13"/>
              </w:rPr>
              <w:t>10個たまると、お好きなパン1個プレゼント</w:t>
            </w:r>
          </w:p>
        </w:tc>
        <w:tc>
          <w:tcPr>
            <w:tcW w:type="dxa" w:w="5159"/>
          </w:tcPr>
          <w:p>
            <w:pPr>
              <w:spacing w:before="80" w:after="0"/>
              <w:jc w:val="center"/>
            </w:pPr>
            <w:r>
              <w:rPr>
                <w:b/>
                <w:color w:val="C0392B"/>
                <w:sz w:val="18"/>
              </w:rPr>
              <w:t>STAMP CARD　○○ベーカリー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dotted" w:sz="6" w:color="C0C0C0"/>
                <w:left w:val="dotted" w:sz="6" w:color="C0C0C0"/>
                <w:bottom w:val="dotted" w:sz="6" w:color="C0C0C0"/>
                <w:right w:val="dotted" w:sz="6" w:color="C0C0C0"/>
                <w:insideH w:val="dotted" w:sz="6" w:color="C0C0C0"/>
                <w:insideV w:val="dotted" w:sz="6" w:color="C0C0C0"/>
              </w:tblBorders>
            </w:tblPr>
            <w:tblGrid>
              <w:gridCol w:w="1032"/>
              <w:gridCol w:w="1032"/>
              <w:gridCol w:w="1032"/>
              <w:gridCol w:w="1032"/>
              <w:gridCol w:w="1032"/>
            </w:tblGrid>
            <w:tr>
              <w:trPr>
                <w:trHeight w:val="765" w:hRule="exact"/>
              </w:trPr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1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2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3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4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5</w:t>
                  </w:r>
                </w:p>
              </w:tc>
            </w:tr>
            <w:tr>
              <w:trPr>
                <w:trHeight w:val="765" w:hRule="exact"/>
              </w:trPr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6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7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8</w:t>
                  </w:r>
                </w:p>
              </w:tc>
              <w:tc>
                <w:tcPr>
                  <w:tcW w:type="dxa" w:w="765"/>
                  <w:vAlign w:val="center"/>
                </w:tcPr>
                <w:p>
                  <w:pPr>
                    <w:jc w:val="center"/>
                  </w:pPr>
                  <w:r>
                    <w:rPr>
                      <w:b w:val="0"/>
                      <w:color w:val="BFBFBF"/>
                      <w:sz w:val="14"/>
                    </w:rPr>
                    <w:t>9</w:t>
                  </w:r>
                </w:p>
              </w:tc>
              <w:tc>
                <w:tcPr>
                  <w:tcW w:type="dxa" w:w="765"/>
                  <w:vAlign w:val="center"/>
                  <w:shd w:val="clear" w:color="auto" w:fill="FDECEA"/>
                </w:tcPr>
                <w:p>
                  <w:pPr>
                    <w:jc w:val="center"/>
                  </w:pPr>
                  <w:r>
                    <w:rPr>
                      <w:b/>
                      <w:color w:val="C0392B"/>
                      <w:sz w:val="12"/>
                    </w:rPr>
                    <w:t>特典</w:t>
                  </w:r>
                </w:p>
              </w:tc>
            </w:tr>
          </w:tbl>
          <w:p/>
          <w:p>
            <w:pPr>
              <w:spacing w:before="40" w:after="0"/>
              <w:jc w:val="center"/>
            </w:pPr>
            <w:r>
              <w:rPr>
                <w:b w:val="0"/>
                <w:color w:val="595959"/>
                <w:sz w:val="13"/>
              </w:rPr>
              <w:t>10個たまると、お好きなパン1個プレゼント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624" w:right="794" w:bottom="340" w:left="79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游ゴシック" w:hAnsi="游ゴシック" w:eastAsia="游ゴシック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