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200" w:type="dxa"/>
          <w:right w:w="200" w:type="dxa"/>
        </w:tblCellMar>
        <w:tblLayout w:type="fixed"/>
      </w:tblPr>
      <w:tblGrid>
        <w:gridCol w:w="5159"/>
        <w:gridCol w:w="5159"/>
      </w:tblGrid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40" w:after="0"/>
              <w:jc w:val="center"/>
            </w:pPr>
            <w:r>
              <w:rPr>
                <w:b/>
                <w:color w:val="6B4226"/>
                <w:sz w:val="17"/>
              </w:rPr>
              <w:t>POINT CARD　カフェ○○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dotted" w:sz="6" w:color="C0C0C0"/>
                <w:left w:val="dotted" w:sz="6" w:color="C0C0C0"/>
                <w:bottom w:val="dotted" w:sz="6" w:color="C0C0C0"/>
                <w:right w:val="dotted" w:sz="6" w:color="C0C0C0"/>
                <w:insideH w:val="dotted" w:sz="6" w:color="C0C0C0"/>
                <w:insideV w:val="dotted" w:sz="6" w:color="C0C0C0"/>
              </w:tblBorders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2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3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4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5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6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7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8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9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10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11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12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13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14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15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16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17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18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19</w:t>
                  </w:r>
                </w:p>
              </w:tc>
              <w:tc>
                <w:tcPr>
                  <w:tcW w:type="dxa" w:w="465"/>
                  <w:vAlign w:val="center"/>
                  <w:shd w:val="clear" w:color="auto" w:fill="FDECEA"/>
                </w:tcPr>
                <w:p>
                  <w:pPr>
                    <w:jc w:val="center"/>
                  </w:pPr>
                  <w:r>
                    <w:rPr>
                      <w:b/>
                      <w:color w:val="C0392B"/>
                      <w:sz w:val="12"/>
                    </w:rPr>
                    <w:t>無料</w:t>
                  </w:r>
                </w:p>
              </w:tc>
            </w:tr>
          </w:tbl>
          <w:p/>
          <w:p>
            <w:pPr>
              <w:spacing w:before="20" w:after="0"/>
              <w:jc w:val="center"/>
            </w:pPr>
            <w:r>
              <w:rPr>
                <w:b w:val="0"/>
                <w:color w:val="595959"/>
                <w:sz w:val="12"/>
              </w:rPr>
              <w:t>1杯ごとに1ポイント。20ポイントでドリンク1杯無料</w:t>
            </w:r>
          </w:p>
        </w:tc>
        <w:tc>
          <w:tcPr>
            <w:tcW w:type="dxa" w:w="5159"/>
          </w:tcPr>
          <w:p>
            <w:pPr>
              <w:spacing w:before="40" w:after="0"/>
              <w:jc w:val="center"/>
            </w:pPr>
            <w:r>
              <w:rPr>
                <w:b/>
                <w:color w:val="6B4226"/>
                <w:sz w:val="17"/>
              </w:rPr>
              <w:t>POINT CARD　カフェ○○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dotted" w:sz="6" w:color="C0C0C0"/>
                <w:left w:val="dotted" w:sz="6" w:color="C0C0C0"/>
                <w:bottom w:val="dotted" w:sz="6" w:color="C0C0C0"/>
                <w:right w:val="dotted" w:sz="6" w:color="C0C0C0"/>
                <w:insideH w:val="dotted" w:sz="6" w:color="C0C0C0"/>
                <w:insideV w:val="dotted" w:sz="6" w:color="C0C0C0"/>
              </w:tblBorders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2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3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4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5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6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7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8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9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10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11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12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13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14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15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16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17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18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19</w:t>
                  </w:r>
                </w:p>
              </w:tc>
              <w:tc>
                <w:tcPr>
                  <w:tcW w:type="dxa" w:w="465"/>
                  <w:vAlign w:val="center"/>
                  <w:shd w:val="clear" w:color="auto" w:fill="FDECEA"/>
                </w:tcPr>
                <w:p>
                  <w:pPr>
                    <w:jc w:val="center"/>
                  </w:pPr>
                  <w:r>
                    <w:rPr>
                      <w:b/>
                      <w:color w:val="C0392B"/>
                      <w:sz w:val="12"/>
                    </w:rPr>
                    <w:t>無料</w:t>
                  </w:r>
                </w:p>
              </w:tc>
            </w:tr>
          </w:tbl>
          <w:p/>
          <w:p>
            <w:pPr>
              <w:spacing w:before="20" w:after="0"/>
              <w:jc w:val="center"/>
            </w:pPr>
            <w:r>
              <w:rPr>
                <w:b w:val="0"/>
                <w:color w:val="595959"/>
                <w:sz w:val="12"/>
              </w:rPr>
              <w:t>1杯ごとに1ポイント。20ポイントでドリンク1杯無料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40" w:after="0"/>
              <w:jc w:val="center"/>
            </w:pPr>
            <w:r>
              <w:rPr>
                <w:b/>
                <w:color w:val="6B4226"/>
                <w:sz w:val="17"/>
              </w:rPr>
              <w:t>POINT CARD　カフェ○○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dotted" w:sz="6" w:color="C0C0C0"/>
                <w:left w:val="dotted" w:sz="6" w:color="C0C0C0"/>
                <w:bottom w:val="dotted" w:sz="6" w:color="C0C0C0"/>
                <w:right w:val="dotted" w:sz="6" w:color="C0C0C0"/>
                <w:insideH w:val="dotted" w:sz="6" w:color="C0C0C0"/>
                <w:insideV w:val="dotted" w:sz="6" w:color="C0C0C0"/>
              </w:tblBorders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2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3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4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5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6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7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8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9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10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11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12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13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14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15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16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17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18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19</w:t>
                  </w:r>
                </w:p>
              </w:tc>
              <w:tc>
                <w:tcPr>
                  <w:tcW w:type="dxa" w:w="465"/>
                  <w:vAlign w:val="center"/>
                  <w:shd w:val="clear" w:color="auto" w:fill="FDECEA"/>
                </w:tcPr>
                <w:p>
                  <w:pPr>
                    <w:jc w:val="center"/>
                  </w:pPr>
                  <w:r>
                    <w:rPr>
                      <w:b/>
                      <w:color w:val="C0392B"/>
                      <w:sz w:val="12"/>
                    </w:rPr>
                    <w:t>無料</w:t>
                  </w:r>
                </w:p>
              </w:tc>
            </w:tr>
          </w:tbl>
          <w:p/>
          <w:p>
            <w:pPr>
              <w:spacing w:before="20" w:after="0"/>
              <w:jc w:val="center"/>
            </w:pPr>
            <w:r>
              <w:rPr>
                <w:b w:val="0"/>
                <w:color w:val="595959"/>
                <w:sz w:val="12"/>
              </w:rPr>
              <w:t>1杯ごとに1ポイント。20ポイントでドリンク1杯無料</w:t>
            </w:r>
          </w:p>
        </w:tc>
        <w:tc>
          <w:tcPr>
            <w:tcW w:type="dxa" w:w="5159"/>
          </w:tcPr>
          <w:p>
            <w:pPr>
              <w:spacing w:before="40" w:after="0"/>
              <w:jc w:val="center"/>
            </w:pPr>
            <w:r>
              <w:rPr>
                <w:b/>
                <w:color w:val="6B4226"/>
                <w:sz w:val="17"/>
              </w:rPr>
              <w:t>POINT CARD　カフェ○○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dotted" w:sz="6" w:color="C0C0C0"/>
                <w:left w:val="dotted" w:sz="6" w:color="C0C0C0"/>
                <w:bottom w:val="dotted" w:sz="6" w:color="C0C0C0"/>
                <w:right w:val="dotted" w:sz="6" w:color="C0C0C0"/>
                <w:insideH w:val="dotted" w:sz="6" w:color="C0C0C0"/>
                <w:insideV w:val="dotted" w:sz="6" w:color="C0C0C0"/>
              </w:tblBorders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2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3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4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5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6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7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8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9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10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11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12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13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14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15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16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17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18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19</w:t>
                  </w:r>
                </w:p>
              </w:tc>
              <w:tc>
                <w:tcPr>
                  <w:tcW w:type="dxa" w:w="465"/>
                  <w:vAlign w:val="center"/>
                  <w:shd w:val="clear" w:color="auto" w:fill="FDECEA"/>
                </w:tcPr>
                <w:p>
                  <w:pPr>
                    <w:jc w:val="center"/>
                  </w:pPr>
                  <w:r>
                    <w:rPr>
                      <w:b/>
                      <w:color w:val="C0392B"/>
                      <w:sz w:val="12"/>
                    </w:rPr>
                    <w:t>無料</w:t>
                  </w:r>
                </w:p>
              </w:tc>
            </w:tr>
          </w:tbl>
          <w:p/>
          <w:p>
            <w:pPr>
              <w:spacing w:before="20" w:after="0"/>
              <w:jc w:val="center"/>
            </w:pPr>
            <w:r>
              <w:rPr>
                <w:b w:val="0"/>
                <w:color w:val="595959"/>
                <w:sz w:val="12"/>
              </w:rPr>
              <w:t>1杯ごとに1ポイント。20ポイントでドリンク1杯無料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40" w:after="0"/>
              <w:jc w:val="center"/>
            </w:pPr>
            <w:r>
              <w:rPr>
                <w:b/>
                <w:color w:val="6B4226"/>
                <w:sz w:val="17"/>
              </w:rPr>
              <w:t>POINT CARD　カフェ○○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dotted" w:sz="6" w:color="C0C0C0"/>
                <w:left w:val="dotted" w:sz="6" w:color="C0C0C0"/>
                <w:bottom w:val="dotted" w:sz="6" w:color="C0C0C0"/>
                <w:right w:val="dotted" w:sz="6" w:color="C0C0C0"/>
                <w:insideH w:val="dotted" w:sz="6" w:color="C0C0C0"/>
                <w:insideV w:val="dotted" w:sz="6" w:color="C0C0C0"/>
              </w:tblBorders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2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3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4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5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6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7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8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9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10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11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12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13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14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15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16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17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18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19</w:t>
                  </w:r>
                </w:p>
              </w:tc>
              <w:tc>
                <w:tcPr>
                  <w:tcW w:type="dxa" w:w="465"/>
                  <w:vAlign w:val="center"/>
                  <w:shd w:val="clear" w:color="auto" w:fill="FDECEA"/>
                </w:tcPr>
                <w:p>
                  <w:pPr>
                    <w:jc w:val="center"/>
                  </w:pPr>
                  <w:r>
                    <w:rPr>
                      <w:b/>
                      <w:color w:val="C0392B"/>
                      <w:sz w:val="12"/>
                    </w:rPr>
                    <w:t>無料</w:t>
                  </w:r>
                </w:p>
              </w:tc>
            </w:tr>
          </w:tbl>
          <w:p/>
          <w:p>
            <w:pPr>
              <w:spacing w:before="20" w:after="0"/>
              <w:jc w:val="center"/>
            </w:pPr>
            <w:r>
              <w:rPr>
                <w:b w:val="0"/>
                <w:color w:val="595959"/>
                <w:sz w:val="12"/>
              </w:rPr>
              <w:t>1杯ごとに1ポイント。20ポイントでドリンク1杯無料</w:t>
            </w:r>
          </w:p>
        </w:tc>
        <w:tc>
          <w:tcPr>
            <w:tcW w:type="dxa" w:w="5159"/>
          </w:tcPr>
          <w:p>
            <w:pPr>
              <w:spacing w:before="40" w:after="0"/>
              <w:jc w:val="center"/>
            </w:pPr>
            <w:r>
              <w:rPr>
                <w:b/>
                <w:color w:val="6B4226"/>
                <w:sz w:val="17"/>
              </w:rPr>
              <w:t>POINT CARD　カフェ○○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dotted" w:sz="6" w:color="C0C0C0"/>
                <w:left w:val="dotted" w:sz="6" w:color="C0C0C0"/>
                <w:bottom w:val="dotted" w:sz="6" w:color="C0C0C0"/>
                <w:right w:val="dotted" w:sz="6" w:color="C0C0C0"/>
                <w:insideH w:val="dotted" w:sz="6" w:color="C0C0C0"/>
                <w:insideV w:val="dotted" w:sz="6" w:color="C0C0C0"/>
              </w:tblBorders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2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3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4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5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6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7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8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9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10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11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12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13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14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15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16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17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18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19</w:t>
                  </w:r>
                </w:p>
              </w:tc>
              <w:tc>
                <w:tcPr>
                  <w:tcW w:type="dxa" w:w="465"/>
                  <w:vAlign w:val="center"/>
                  <w:shd w:val="clear" w:color="auto" w:fill="FDECEA"/>
                </w:tcPr>
                <w:p>
                  <w:pPr>
                    <w:jc w:val="center"/>
                  </w:pPr>
                  <w:r>
                    <w:rPr>
                      <w:b/>
                      <w:color w:val="C0392B"/>
                      <w:sz w:val="12"/>
                    </w:rPr>
                    <w:t>無料</w:t>
                  </w:r>
                </w:p>
              </w:tc>
            </w:tr>
          </w:tbl>
          <w:p/>
          <w:p>
            <w:pPr>
              <w:spacing w:before="20" w:after="0"/>
              <w:jc w:val="center"/>
            </w:pPr>
            <w:r>
              <w:rPr>
                <w:b w:val="0"/>
                <w:color w:val="595959"/>
                <w:sz w:val="12"/>
              </w:rPr>
              <w:t>1杯ごとに1ポイント。20ポイントでドリンク1杯無料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40" w:after="0"/>
              <w:jc w:val="center"/>
            </w:pPr>
            <w:r>
              <w:rPr>
                <w:b/>
                <w:color w:val="6B4226"/>
                <w:sz w:val="17"/>
              </w:rPr>
              <w:t>POINT CARD　カフェ○○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dotted" w:sz="6" w:color="C0C0C0"/>
                <w:left w:val="dotted" w:sz="6" w:color="C0C0C0"/>
                <w:bottom w:val="dotted" w:sz="6" w:color="C0C0C0"/>
                <w:right w:val="dotted" w:sz="6" w:color="C0C0C0"/>
                <w:insideH w:val="dotted" w:sz="6" w:color="C0C0C0"/>
                <w:insideV w:val="dotted" w:sz="6" w:color="C0C0C0"/>
              </w:tblBorders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2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3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4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5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6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7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8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9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10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11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12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13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14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15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16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17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18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19</w:t>
                  </w:r>
                </w:p>
              </w:tc>
              <w:tc>
                <w:tcPr>
                  <w:tcW w:type="dxa" w:w="465"/>
                  <w:vAlign w:val="center"/>
                  <w:shd w:val="clear" w:color="auto" w:fill="FDECEA"/>
                </w:tcPr>
                <w:p>
                  <w:pPr>
                    <w:jc w:val="center"/>
                  </w:pPr>
                  <w:r>
                    <w:rPr>
                      <w:b/>
                      <w:color w:val="C0392B"/>
                      <w:sz w:val="12"/>
                    </w:rPr>
                    <w:t>無料</w:t>
                  </w:r>
                </w:p>
              </w:tc>
            </w:tr>
          </w:tbl>
          <w:p/>
          <w:p>
            <w:pPr>
              <w:spacing w:before="20" w:after="0"/>
              <w:jc w:val="center"/>
            </w:pPr>
            <w:r>
              <w:rPr>
                <w:b w:val="0"/>
                <w:color w:val="595959"/>
                <w:sz w:val="12"/>
              </w:rPr>
              <w:t>1杯ごとに1ポイント。20ポイントでドリンク1杯無料</w:t>
            </w:r>
          </w:p>
        </w:tc>
        <w:tc>
          <w:tcPr>
            <w:tcW w:type="dxa" w:w="5159"/>
          </w:tcPr>
          <w:p>
            <w:pPr>
              <w:spacing w:before="40" w:after="0"/>
              <w:jc w:val="center"/>
            </w:pPr>
            <w:r>
              <w:rPr>
                <w:b/>
                <w:color w:val="6B4226"/>
                <w:sz w:val="17"/>
              </w:rPr>
              <w:t>POINT CARD　カフェ○○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dotted" w:sz="6" w:color="C0C0C0"/>
                <w:left w:val="dotted" w:sz="6" w:color="C0C0C0"/>
                <w:bottom w:val="dotted" w:sz="6" w:color="C0C0C0"/>
                <w:right w:val="dotted" w:sz="6" w:color="C0C0C0"/>
                <w:insideH w:val="dotted" w:sz="6" w:color="C0C0C0"/>
                <w:insideV w:val="dotted" w:sz="6" w:color="C0C0C0"/>
              </w:tblBorders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2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3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4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5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6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7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8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9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10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11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12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13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14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15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16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17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18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19</w:t>
                  </w:r>
                </w:p>
              </w:tc>
              <w:tc>
                <w:tcPr>
                  <w:tcW w:type="dxa" w:w="465"/>
                  <w:vAlign w:val="center"/>
                  <w:shd w:val="clear" w:color="auto" w:fill="FDECEA"/>
                </w:tcPr>
                <w:p>
                  <w:pPr>
                    <w:jc w:val="center"/>
                  </w:pPr>
                  <w:r>
                    <w:rPr>
                      <w:b/>
                      <w:color w:val="C0392B"/>
                      <w:sz w:val="12"/>
                    </w:rPr>
                    <w:t>無料</w:t>
                  </w:r>
                </w:p>
              </w:tc>
            </w:tr>
          </w:tbl>
          <w:p/>
          <w:p>
            <w:pPr>
              <w:spacing w:before="20" w:after="0"/>
              <w:jc w:val="center"/>
            </w:pPr>
            <w:r>
              <w:rPr>
                <w:b w:val="0"/>
                <w:color w:val="595959"/>
                <w:sz w:val="12"/>
              </w:rPr>
              <w:t>1杯ごとに1ポイント。20ポイントでドリンク1杯無料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40" w:after="0"/>
              <w:jc w:val="center"/>
            </w:pPr>
            <w:r>
              <w:rPr>
                <w:b/>
                <w:color w:val="6B4226"/>
                <w:sz w:val="17"/>
              </w:rPr>
              <w:t>POINT CARD　カフェ○○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dotted" w:sz="6" w:color="C0C0C0"/>
                <w:left w:val="dotted" w:sz="6" w:color="C0C0C0"/>
                <w:bottom w:val="dotted" w:sz="6" w:color="C0C0C0"/>
                <w:right w:val="dotted" w:sz="6" w:color="C0C0C0"/>
                <w:insideH w:val="dotted" w:sz="6" w:color="C0C0C0"/>
                <w:insideV w:val="dotted" w:sz="6" w:color="C0C0C0"/>
              </w:tblBorders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2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3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4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5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6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7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8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9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10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11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12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13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14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15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16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17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18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19</w:t>
                  </w:r>
                </w:p>
              </w:tc>
              <w:tc>
                <w:tcPr>
                  <w:tcW w:type="dxa" w:w="465"/>
                  <w:vAlign w:val="center"/>
                  <w:shd w:val="clear" w:color="auto" w:fill="FDECEA"/>
                </w:tcPr>
                <w:p>
                  <w:pPr>
                    <w:jc w:val="center"/>
                  </w:pPr>
                  <w:r>
                    <w:rPr>
                      <w:b/>
                      <w:color w:val="C0392B"/>
                      <w:sz w:val="12"/>
                    </w:rPr>
                    <w:t>無料</w:t>
                  </w:r>
                </w:p>
              </w:tc>
            </w:tr>
          </w:tbl>
          <w:p/>
          <w:p>
            <w:pPr>
              <w:spacing w:before="20" w:after="0"/>
              <w:jc w:val="center"/>
            </w:pPr>
            <w:r>
              <w:rPr>
                <w:b w:val="0"/>
                <w:color w:val="595959"/>
                <w:sz w:val="12"/>
              </w:rPr>
              <w:t>1杯ごとに1ポイント。20ポイントでドリンク1杯無料</w:t>
            </w:r>
          </w:p>
        </w:tc>
        <w:tc>
          <w:tcPr>
            <w:tcW w:type="dxa" w:w="5159"/>
          </w:tcPr>
          <w:p>
            <w:pPr>
              <w:spacing w:before="40" w:after="0"/>
              <w:jc w:val="center"/>
            </w:pPr>
            <w:r>
              <w:rPr>
                <w:b/>
                <w:color w:val="6B4226"/>
                <w:sz w:val="17"/>
              </w:rPr>
              <w:t>POINT CARD　カフェ○○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dotted" w:sz="6" w:color="C0C0C0"/>
                <w:left w:val="dotted" w:sz="6" w:color="C0C0C0"/>
                <w:bottom w:val="dotted" w:sz="6" w:color="C0C0C0"/>
                <w:right w:val="dotted" w:sz="6" w:color="C0C0C0"/>
                <w:insideH w:val="dotted" w:sz="6" w:color="C0C0C0"/>
                <w:insideV w:val="dotted" w:sz="6" w:color="C0C0C0"/>
              </w:tblBorders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2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3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4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5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6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7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8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9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10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11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12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13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14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15</w:t>
                  </w:r>
                </w:p>
              </w:tc>
            </w:tr>
            <w:tr>
              <w:trPr>
                <w:trHeight w:val="464" w:hRule="exact"/>
              </w:trPr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16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17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18</w:t>
                  </w:r>
                </w:p>
              </w:tc>
              <w:tc>
                <w:tcPr>
                  <w:tcW w:type="dxa" w:w="4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19</w:t>
                  </w:r>
                </w:p>
              </w:tc>
              <w:tc>
                <w:tcPr>
                  <w:tcW w:type="dxa" w:w="465"/>
                  <w:vAlign w:val="center"/>
                  <w:shd w:val="clear" w:color="auto" w:fill="FDECEA"/>
                </w:tcPr>
                <w:p>
                  <w:pPr>
                    <w:jc w:val="center"/>
                  </w:pPr>
                  <w:r>
                    <w:rPr>
                      <w:b/>
                      <w:color w:val="C0392B"/>
                      <w:sz w:val="12"/>
                    </w:rPr>
                    <w:t>無料</w:t>
                  </w:r>
                </w:p>
              </w:tc>
            </w:tr>
          </w:tbl>
          <w:p/>
          <w:p>
            <w:pPr>
              <w:spacing w:before="20" w:after="0"/>
              <w:jc w:val="center"/>
            </w:pPr>
            <w:r>
              <w:rPr>
                <w:b w:val="0"/>
                <w:color w:val="595959"/>
                <w:sz w:val="12"/>
              </w:rPr>
              <w:t>1杯ごとに1ポイント。20ポイントでドリンク1杯無料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624" w:right="794" w:bottom="340" w:left="79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游ゴシック" w:hAnsi="游ゴシック" w:eastAsia="游ゴシック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