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before="0" w:line="288" w:lineRule="auto"/>
        <w:jc w:val="center"/>
      </w:pPr>
      <w:r>
        <w:rPr>
          <w:b/>
          <w:sz w:val="48"/>
        </w:rPr>
        <w:t>退 職 証 明 書</w:t>
      </w:r>
    </w:p>
    <w:p>
      <w:pPr>
        <w:spacing w:after="240" w:before="0" w:line="288" w:lineRule="auto"/>
        <w:jc w:val="left"/>
      </w:pPr>
      <w:r>
        <w:rPr>
          <w:b w:val="0"/>
          <w:sz w:val="23"/>
        </w:rPr>
        <w:t xml:space="preserve">　下記の者は、当社を　　　　年　　月　　日に退職したことを証明します。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986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氏名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904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生年月日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 xml:space="preserve">　　　　年　　月　　日生</w:t>
            </w:r>
          </w:p>
        </w:tc>
      </w:tr>
      <w:tr>
        <w:trPr>
          <w:trHeight w:val="904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使用期間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 xml:space="preserve">　　　　年　　月　　日　〜　　　　年　　月　　日</w:t>
            </w:r>
          </w:p>
        </w:tc>
      </w:tr>
      <w:tr>
        <w:trPr>
          <w:trHeight w:val="1068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業務の種類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904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その事業における地位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986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賃金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>(例)基本給 月額○○○,○○○円</w:t>
            </w:r>
          </w:p>
        </w:tc>
      </w:tr>
      <w:tr>
        <w:trPr>
          <w:trHeight w:val="1479" w:hRule="atLeast"/>
        </w:trPr>
        <w:tc>
          <w:tcPr>
            <w:tcW w:type="dxa" w:w="2268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退職の事由</w:t>
            </w:r>
          </w:p>
        </w:tc>
        <w:tc>
          <w:tcPr>
            <w:tcW w:type="dxa" w:w="7597"/>
          </w:tcPr>
          <w:p>
            <w:r/>
            <w:r>
              <w:rPr>
                <w:b w:val="0"/>
                <w:sz w:val="21"/>
              </w:rPr>
              <w:t>□ 自己都合による退職　□ 契約期間の満了　□ 定年</w:t>
              <w:br/>
              <w:t>□ 会社都合による退職(解雇の場合はその理由:　　　　　　　　　)</w:t>
            </w:r>
          </w:p>
        </w:tc>
      </w:tr>
    </w:tbl>
    <w:p>
      <w:pPr>
        <w:spacing w:after="0" w:before="120" w:line="288" w:lineRule="auto"/>
        <w:jc w:val="left"/>
      </w:pPr>
      <w:r>
        <w:rPr>
          <w:b w:val="0"/>
          <w:sz w:val="19"/>
        </w:rPr>
        <w:t>※この証明書には、本人が請求しなかった事項は記入しません(労働基準法第22条)。</w:t>
      </w:r>
    </w:p>
    <w:p>
      <w:pPr>
        <w:spacing w:after="200" w:before="280" w:line="288" w:lineRule="auto"/>
        <w:jc w:val="right"/>
      </w:pPr>
      <w:r>
        <w:rPr>
          <w:b w:val="0"/>
          <w:sz w:val="22"/>
        </w:rPr>
        <w:t>20XX年○月○日</w:t>
      </w:r>
    </w:p>
    <w:p>
      <w:pPr>
        <w:spacing w:after="120" w:before="0" w:line="288" w:lineRule="auto"/>
        <w:ind w:left="4252"/>
        <w:jc w:val="left"/>
      </w:pPr>
      <w:r>
        <w:rPr>
          <w:b w:val="0"/>
          <w:sz w:val="22"/>
        </w:rPr>
        <w:t>所在地　〒</w:t>
      </w:r>
    </w:p>
    <w:p>
      <w:pPr>
        <w:spacing w:after="120" w:before="0" w:line="288" w:lineRule="auto"/>
        <w:ind w:left="4252"/>
        <w:jc w:val="left"/>
      </w:pPr>
      <w:r>
        <w:rPr>
          <w:b w:val="0"/>
          <w:sz w:val="22"/>
        </w:rPr>
        <w:t>会社名</w:t>
      </w:r>
    </w:p>
    <w:p>
      <w:pPr>
        <w:spacing w:after="120" w:before="0" w:line="288" w:lineRule="auto"/>
        <w:ind w:left="4252"/>
        <w:jc w:val="left"/>
      </w:pPr>
      <w:r>
        <w:rPr>
          <w:b w:val="0"/>
          <w:sz w:val="22"/>
        </w:rPr>
        <w:t>代表者　　　　　　　　　　　　　　印</w:t>
      </w:r>
    </w:p>
    <w:p>
      <w:pPr>
        <w:spacing w:after="120" w:before="0" w:line="288" w:lineRule="auto"/>
        <w:ind w:left="4252"/>
        <w:jc w:val="left"/>
      </w:pPr>
      <w:r>
        <w:rPr>
          <w:b w:val="0"/>
          <w:sz w:val="22"/>
        </w:rPr>
        <w:t>(担当　○○部 ○○　電話 00-0000-0000)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