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17" w:line="336" w:lineRule="auto"/>
        <w:jc w:val="center"/>
      </w:pPr>
      <w:r>
        <w:rPr>
          <w:b/>
          <w:sz w:val="52"/>
        </w:rPr>
        <w:t>退職届</w:t>
      </w:r>
    </w:p>
    <w:p>
      <w:pPr>
        <w:spacing w:before="0" w:after="106" w:line="336" w:lineRule="auto"/>
        <w:jc w:val="right"/>
      </w:pPr>
      <w:r>
        <w:rPr>
          <w:b w:val="0"/>
          <w:sz w:val="28"/>
        </w:rPr>
        <w:t>私儀</w:t>
      </w:r>
    </w:p>
    <w:p>
      <w:pPr>
        <w:spacing w:before="0" w:after="246" w:line="336" w:lineRule="auto"/>
        <w:ind w:left="249"/>
        <w:jc w:val="left"/>
      </w:pPr>
      <w:r>
        <w:rPr>
          <w:b w:val="0"/>
          <w:sz w:val="28"/>
        </w:rPr>
        <w:t>このたび、一身上の都合により、来たる令和○年○月○日をもって退職いたします。</w:t>
      </w:r>
    </w:p>
    <w:p>
      <w:pPr>
        <w:spacing w:before="0" w:after="106" w:line="336" w:lineRule="auto"/>
        <w:ind w:left="599"/>
        <w:jc w:val="left"/>
      </w:pPr>
      <w:r>
        <w:rPr>
          <w:b w:val="0"/>
          <w:sz w:val="26"/>
        </w:rPr>
        <w:t>令和○年○月○日</w:t>
      </w:r>
    </w:p>
    <w:p>
      <w:pPr>
        <w:spacing w:before="0" w:after="35" w:line="336" w:lineRule="auto"/>
        <w:jc w:val="right"/>
      </w:pPr>
      <w:r>
        <w:rPr>
          <w:b w:val="0"/>
          <w:sz w:val="26"/>
        </w:rPr>
        <w:t>○○部　○○課</w:t>
      </w:r>
    </w:p>
    <w:p>
      <w:pPr>
        <w:spacing w:before="0" w:after="422" w:line="336" w:lineRule="auto"/>
        <w:jc w:val="right"/>
      </w:pPr>
      <w:r>
        <w:rPr>
          <w:b w:val="0"/>
          <w:sz w:val="28"/>
        </w:rPr>
        <w:t>○○　○○　　印</w:t>
      </w:r>
    </w:p>
    <w:p>
      <w:pPr>
        <w:spacing w:before="0" w:after="35" w:line="336" w:lineRule="auto"/>
        <w:jc w:val="left"/>
      </w:pPr>
      <w:r>
        <w:rPr>
          <w:b w:val="0"/>
          <w:sz w:val="28"/>
        </w:rPr>
        <w:t>株式会社○○○○</w:t>
      </w:r>
    </w:p>
    <w:p>
      <w:pPr>
        <w:spacing w:before="0" w:after="0" w:line="336" w:lineRule="auto"/>
        <w:ind w:left="399"/>
        <w:jc w:val="left"/>
      </w:pPr>
      <w:r>
        <w:rPr>
          <w:b w:val="0"/>
          <w:sz w:val="28"/>
        </w:rPr>
        <w:t>代表取締役社長　○○　○○　殿</w:t>
      </w:r>
    </w:p>
    <w:sectPr w:rsidR="00FC693F" w:rsidRPr="0006063C" w:rsidSect="00034616">
      <w:pgSz w:w="10318" w:h="14570"/>
      <w:pgMar w:top="1497" w:right="1247" w:bottom="1497" w:left="124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