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b w:val="0"/>
          <w:sz w:val="21"/>
        </w:rPr>
        <w:t>20XX年○月○日</w:t>
      </w:r>
    </w:p>
    <w:p>
      <w:pPr>
        <w:spacing w:after="0"/>
        <w:jc w:val="left"/>
      </w:pPr>
      <w:r>
        <w:rPr>
          <w:b w:val="0"/>
          <w:sz w:val="21"/>
        </w:rPr>
        <w:t>株式会社○○○○</w:t>
      </w:r>
    </w:p>
    <w:p>
      <w:pPr>
        <w:spacing w:after="160"/>
        <w:jc w:val="left"/>
      </w:pPr>
      <w:r>
        <w:rPr>
          <w:b w:val="0"/>
          <w:sz w:val="21"/>
        </w:rPr>
        <w:t>購買部　○○　○○　様</w:t>
      </w:r>
    </w:p>
    <w:p>
      <w:pPr>
        <w:spacing w:after="0"/>
        <w:jc w:val="right"/>
      </w:pPr>
      <w:r>
        <w:rPr>
          <w:b w:val="0"/>
          <w:sz w:val="21"/>
        </w:rPr>
        <w:t>株式会社△△△△</w:t>
      </w:r>
    </w:p>
    <w:p>
      <w:pPr>
        <w:spacing w:after="200"/>
        <w:jc w:val="right"/>
      </w:pPr>
      <w:r>
        <w:rPr>
          <w:b w:val="0"/>
          <w:sz w:val="21"/>
        </w:rPr>
        <w:t>営業部　部長　△△　△△</w:t>
      </w:r>
    </w:p>
    <w:p>
      <w:pPr>
        <w:spacing w:after="120"/>
        <w:jc w:val="center"/>
      </w:pPr>
      <w:r>
        <w:rPr>
          <w:b/>
          <w:sz w:val="44"/>
        </w:rPr>
        <w:t>顛　末　書</w:t>
      </w:r>
    </w:p>
    <w:p>
      <w:pPr>
        <w:spacing w:after="160"/>
        <w:jc w:val="center"/>
      </w:pPr>
      <w:r>
        <w:rPr>
          <w:b w:val="0"/>
          <w:sz w:val="23"/>
        </w:rPr>
        <w:t>件名：○月○日納品分の納品遅延について</w:t>
      </w:r>
    </w:p>
    <w:p>
      <w:pPr>
        <w:spacing w:after="120"/>
        <w:jc w:val="left"/>
      </w:pPr>
      <w:r>
        <w:rPr>
          <w:b w:val="0"/>
          <w:sz w:val="21"/>
        </w:rPr>
        <w:t xml:space="preserve">　平素は格別のお引き立てを賜り、厚く御礼申し上げます。</w:t>
        <w:br/>
        <w:t xml:space="preserve">　このたびは、貴社にご注文いただいた商品の納品が遅れ、多大なご迷惑をおかけいたしましたことを、深くお詫び申し上げます。本件の経緯と今後の対策について、下記のとおりご報告いたします。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66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ご注文内容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注文番号 No.○○○○　○○部品 500個(○月○日納品予定)</w:t>
            </w:r>
          </w:p>
        </w:tc>
      </w:tr>
      <w:tr>
        <w:trPr>
          <w:trHeight w:val="884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発生した事態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納品予定日に納品できず、2日遅れの○月○日に納品いたしました。</w:t>
            </w:r>
          </w:p>
        </w:tc>
      </w:tr>
      <w:tr>
        <w:trPr>
          <w:trHeight w:val="2211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経緯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○月○日　製造ラインの機械が故障し、製造が止まる</w:t>
              <w:br/>
              <w:t>○月○日　修理が完了し、製造を再開</w:t>
              <w:br/>
              <w:t>○月○日　貴社にお電話で遅延をご連絡</w:t>
              <w:br/>
              <w:t>○月○日　全数を検品のうえ納品</w:t>
            </w:r>
          </w:p>
        </w:tc>
      </w:tr>
      <w:tr>
        <w:trPr>
          <w:trHeight w:val="1474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原因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機械の定期点検の時期が過ぎており、部品の摩耗に気づかなかったため。また、遅延のご連絡が遅れたのは、社内の報告ルールが決まっていなかったためです。</w:t>
            </w:r>
          </w:p>
        </w:tc>
      </w:tr>
      <w:tr>
        <w:trPr>
          <w:trHeight w:val="1621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今後の対策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・機械の定期点検を毎月行い、記録を残します</w:t>
              <w:br/>
              <w:t>・納期に遅れるおそれがわかった時点で、当日中にお客様へご連絡するルールを設けました</w:t>
            </w:r>
          </w:p>
        </w:tc>
      </w:tr>
    </w:tbl>
    <w:p>
      <w:pPr>
        <w:spacing w:after="40"/>
        <w:jc w:val="left"/>
      </w:pPr>
      <w:r>
        <w:rPr>
          <w:b w:val="0"/>
          <w:sz w:val="21"/>
        </w:rPr>
      </w:r>
    </w:p>
    <w:p>
      <w:pPr>
        <w:spacing w:after="80"/>
        <w:jc w:val="left"/>
      </w:pPr>
      <w:r>
        <w:rPr>
          <w:b w:val="0"/>
          <w:sz w:val="21"/>
        </w:rPr>
        <w:t xml:space="preserve">　今後このようなことのないよう、社員一同、再発防止に努めてまいります。何とぞ、今後ともお引き立てのほどよろしくお願い申し上げます。</w:t>
      </w:r>
    </w:p>
    <w:p>
      <w:pPr>
        <w:spacing w:after="0"/>
        <w:jc w:val="right"/>
      </w:pPr>
      <w:r>
        <w:rPr>
          <w:b w:val="0"/>
          <w:sz w:val="21"/>
        </w:rPr>
        <w:t>以上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