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 w:before="0"/>
        <w:jc w:val="right"/>
      </w:pPr>
      <w:r>
        <w:rPr>
          <w:b w:val="0"/>
          <w:sz w:val="21"/>
        </w:rPr>
        <w:t>20XX年○月○日</w:t>
      </w:r>
    </w:p>
    <w:p>
      <w:pPr>
        <w:spacing w:after="160" w:before="0"/>
        <w:jc w:val="left"/>
      </w:pPr>
      <w:r>
        <w:rPr>
          <w:b w:val="0"/>
          <w:sz w:val="22"/>
        </w:rPr>
        <w:t>株式会社△△△△</w:t>
        <w:br/>
        <w:t>経理部 御中</w:t>
      </w:r>
    </w:p>
    <w:p>
      <w:pPr>
        <w:spacing w:after="320" w:before="0"/>
        <w:jc w:val="right"/>
      </w:pPr>
      <w:r>
        <w:rPr>
          <w:b w:val="0"/>
          <w:sz w:val="21"/>
        </w:rPr>
        <w:t>株式会社○○○○</w:t>
        <w:br/>
        <w:t>経理部 ○○ ○○</w:t>
        <w:br/>
        <w:t>TEL 03-0000-0000</w:t>
      </w:r>
    </w:p>
    <w:p>
      <w:pPr>
        <w:spacing w:after="280" w:before="0"/>
        <w:jc w:val="center"/>
      </w:pPr>
      <w:r>
        <w:rPr>
          <w:b/>
          <w:sz w:val="36"/>
        </w:rPr>
        <w:t>お支払いについてのお願い</w:t>
      </w:r>
    </w:p>
    <w:p>
      <w:pPr>
        <w:spacing w:after="120" w:before="0" w:line="384" w:lineRule="auto"/>
        <w:jc w:val="left"/>
      </w:pPr>
      <w:r>
        <w:rPr>
          <w:b w:val="0"/>
          <w:sz w:val="21"/>
        </w:rPr>
        <w:t>拝啓　時下ますますご清栄のこととお慶び申し上げます。平素は格別のお引き立てを賜り、厚く御礼申し上げます。</w:t>
      </w:r>
    </w:p>
    <w:p>
      <w:pPr>
        <w:spacing w:after="120" w:before="0" w:line="384" w:lineRule="auto"/>
        <w:jc w:val="left"/>
      </w:pPr>
      <w:r>
        <w:rPr>
          <w:b w:val="0"/>
          <w:sz w:val="21"/>
        </w:rPr>
        <w:t xml:space="preserve">　さて、20XX年○月○日付けでご請求いたしました下記の代金につきまして、○月○日のお支払期日を過ぎましたが、本日現在、ご入金の確認ができておりません。</w:t>
      </w:r>
    </w:p>
    <w:p>
      <w:pPr>
        <w:spacing w:after="120" w:before="0" w:line="384" w:lineRule="auto"/>
        <w:jc w:val="left"/>
      </w:pPr>
      <w:r>
        <w:rPr>
          <w:b w:val="0"/>
          <w:sz w:val="21"/>
        </w:rPr>
        <w:t xml:space="preserve">　何かの手違いかと存じますが、お手数ながらご確認のうえ、20XX年○月○日までにお振り込みくださいますよう、お願い申し上げます。</w:t>
      </w:r>
    </w:p>
    <w:p>
      <w:pPr>
        <w:spacing w:after="120" w:before="0" w:line="384" w:lineRule="auto"/>
        <w:jc w:val="left"/>
      </w:pPr>
      <w:r>
        <w:rPr>
          <w:b w:val="0"/>
          <w:sz w:val="21"/>
        </w:rPr>
        <w:t xml:space="preserve">　なお、本状と行き違いにすでにお支払いいただいている場合は、ご容赦ください。</w:t>
      </w:r>
    </w:p>
    <w:p>
      <w:pPr>
        <w:spacing w:after="200" w:before="0"/>
        <w:jc w:val="right"/>
      </w:pPr>
      <w:r>
        <w:rPr>
          <w:b w:val="0"/>
          <w:sz w:val="21"/>
        </w:rPr>
        <w:t>敬具</w:t>
      </w:r>
    </w:p>
    <w:p>
      <w:pPr>
        <w:spacing w:after="120" w:before="0"/>
        <w:jc w:val="center"/>
      </w:pPr>
      <w:r>
        <w:rPr>
          <w:b w:val="0"/>
          <w:sz w:val="21"/>
        </w:rPr>
        <w:t>記</w:t>
      </w:r>
    </w:p>
    <w:p>
      <w:pPr>
        <w:spacing w:after="60" w:before="0"/>
        <w:jc w:val="left"/>
      </w:pPr>
      <w:r>
        <w:rPr>
          <w:b w:val="0"/>
          <w:sz w:val="21"/>
        </w:rPr>
        <w:t>1. ご請求金額　金○○○,○○○円(税込)</w:t>
      </w:r>
    </w:p>
    <w:p>
      <w:pPr>
        <w:spacing w:after="60" w:before="0"/>
        <w:jc w:val="left"/>
      </w:pPr>
      <w:r>
        <w:rPr>
          <w:b w:val="0"/>
          <w:sz w:val="21"/>
        </w:rPr>
        <w:t>2. ご請求の内容　20XX年○月分 商品代金(請求書番号 No.○○○○)</w:t>
      </w:r>
    </w:p>
    <w:p>
      <w:pPr>
        <w:spacing w:after="60" w:before="0"/>
        <w:jc w:val="left"/>
      </w:pPr>
      <w:r>
        <w:rPr>
          <w:b w:val="0"/>
          <w:sz w:val="21"/>
        </w:rPr>
        <w:t>3. 当初のお支払期日　20XX年○月○日</w:t>
      </w:r>
    </w:p>
    <w:p>
      <w:pPr>
        <w:spacing w:after="60" w:before="0"/>
        <w:jc w:val="left"/>
      </w:pPr>
      <w:r>
        <w:rPr>
          <w:b w:val="0"/>
          <w:sz w:val="21"/>
        </w:rPr>
        <w:t>4. お振込先　○○銀行 ○○支店 普通 0000000 カ)マルマル</w:t>
      </w:r>
    </w:p>
    <w:p>
      <w:pPr>
        <w:spacing w:after="60" w:before="0"/>
        <w:jc w:val="left"/>
      </w:pPr>
      <w:r>
        <w:rPr>
          <w:b w:val="0"/>
          <w:sz w:val="21"/>
        </w:rPr>
        <w:t>5. お振込期限　20XX年○月○日</w:t>
      </w:r>
    </w:p>
    <w:p>
      <w:pPr>
        <w:spacing w:after="0" w:before="120"/>
        <w:jc w:val="right"/>
      </w:pPr>
      <w:r>
        <w:rPr>
          <w:b w:val="0"/>
          <w:sz w:val="21"/>
        </w:rPr>
        <w:t>以上</w:t>
      </w:r>
    </w:p>
    <w:p>
      <w:pPr>
        <w:spacing w:line="20" w:lineRule="exact"/>
      </w:pPr>
      <w:r>
        <w:rPr>
          <w:sz w:val="2"/>
        </w:rPr>
      </w:r>
    </w:p>
    <w:sectPr w:rsidR="00FC693F" w:rsidRPr="0006063C" w:rsidSect="00034616">
      <w:pgSz w:w="11906" w:h="16838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/>
    </w:pPr>
    <w:rPr>
      <w:rFonts w:ascii="游ゴシック" w:hAnsi="游ゴシック" w:eastAsia="游ゴシック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