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jc w:val="right"/>
      </w:pPr>
      <w:r>
        <w:rPr>
          <w:b w:val="0"/>
          <w:sz w:val="21"/>
        </w:rPr>
        <w:t>20XX年○月○日</w:t>
      </w:r>
    </w:p>
    <w:p>
      <w:pPr>
        <w:spacing w:after="160" w:before="0"/>
        <w:jc w:val="left"/>
      </w:pPr>
      <w:r>
        <w:rPr>
          <w:b w:val="0"/>
          <w:sz w:val="22"/>
        </w:rPr>
        <w:t>株式会社△△△△</w:t>
        <w:br/>
        <w:t>経理部 御中</w:t>
      </w:r>
    </w:p>
    <w:p>
      <w:pPr>
        <w:spacing w:after="320" w:before="0"/>
        <w:jc w:val="right"/>
      </w:pPr>
      <w:r>
        <w:rPr>
          <w:b w:val="0"/>
          <w:sz w:val="21"/>
        </w:rPr>
        <w:t>株式会社○○○○</w:t>
        <w:br/>
        <w:t>経理部 ○○ ○○</w:t>
        <w:br/>
        <w:t>TEL 03-0000-0000</w:t>
      </w:r>
    </w:p>
    <w:p>
      <w:pPr>
        <w:spacing w:after="280" w:before="0"/>
        <w:jc w:val="center"/>
      </w:pPr>
      <w:r>
        <w:rPr>
          <w:b/>
          <w:sz w:val="36"/>
        </w:rPr>
        <w:t>督 促 状</w:t>
      </w:r>
    </w:p>
    <w:p>
      <w:pPr>
        <w:spacing w:after="120" w:before="0" w:line="384" w:lineRule="auto"/>
        <w:jc w:val="left"/>
      </w:pPr>
      <w:r>
        <w:rPr>
          <w:b w:val="0"/>
          <w:sz w:val="21"/>
        </w:rPr>
        <w:t>前略　20XX年○月○日付けでご請求し、○月○日付けの書面でもお支払いをお願いいたしました下記の代金につきまして、本日に至るまでご入金がございません。</w:t>
      </w:r>
    </w:p>
    <w:p>
      <w:pPr>
        <w:spacing w:after="120" w:before="0" w:line="384" w:lineRule="auto"/>
        <w:jc w:val="left"/>
      </w:pPr>
      <w:r>
        <w:rPr>
          <w:b w:val="0"/>
          <w:sz w:val="21"/>
        </w:rPr>
        <w:t xml:space="preserve">　つきましては、20XX年○月○日までに、下記の口座へお振り込みくださいますよう、重ねてお願い申し上げます。</w:t>
      </w:r>
    </w:p>
    <w:p>
      <w:pPr>
        <w:spacing w:after="120" w:before="0" w:line="384" w:lineRule="auto"/>
        <w:jc w:val="left"/>
      </w:pPr>
      <w:r>
        <w:rPr>
          <w:b w:val="0"/>
          <w:sz w:val="21"/>
        </w:rPr>
        <w:t xml:space="preserve">　期限までにお支払いいただけない場合や、ご連絡がない場合は、今後のお取引について検討させていただくことになりますので、ご承知おきください。</w:t>
      </w:r>
    </w:p>
    <w:p>
      <w:pPr>
        <w:spacing w:after="120" w:before="0" w:line="384" w:lineRule="auto"/>
        <w:jc w:val="left"/>
      </w:pPr>
      <w:r>
        <w:rPr>
          <w:b w:val="0"/>
          <w:sz w:val="21"/>
        </w:rPr>
        <w:t xml:space="preserve">　ご事情がございましたら、お早めに担当までご連絡ください。</w:t>
      </w:r>
    </w:p>
    <w:p>
      <w:pPr>
        <w:spacing w:after="200" w:before="0"/>
        <w:jc w:val="right"/>
      </w:pPr>
      <w:r>
        <w:rPr>
          <w:b w:val="0"/>
          <w:sz w:val="21"/>
        </w:rPr>
        <w:t>草々</w:t>
      </w:r>
    </w:p>
    <w:p>
      <w:pPr>
        <w:spacing w:after="120" w:before="0"/>
        <w:jc w:val="center"/>
      </w:pPr>
      <w:r>
        <w:rPr>
          <w:b w:val="0"/>
          <w:sz w:val="21"/>
        </w:rPr>
        <w:t>記</w:t>
      </w:r>
    </w:p>
    <w:p>
      <w:pPr>
        <w:spacing w:after="60" w:before="0"/>
        <w:jc w:val="left"/>
      </w:pPr>
      <w:r>
        <w:rPr>
          <w:b w:val="0"/>
          <w:sz w:val="21"/>
        </w:rPr>
        <w:t>1. ご請求金額　金○○○,○○○円(税込)</w:t>
      </w:r>
    </w:p>
    <w:p>
      <w:pPr>
        <w:spacing w:after="60" w:before="0"/>
        <w:jc w:val="left"/>
      </w:pPr>
      <w:r>
        <w:rPr>
          <w:b w:val="0"/>
          <w:sz w:val="21"/>
        </w:rPr>
        <w:t>2. ご請求の内容　20XX年○月分 商品代金(請求書番号 No.○○○○)</w:t>
      </w:r>
    </w:p>
    <w:p>
      <w:pPr>
        <w:spacing w:after="60" w:before="0"/>
        <w:jc w:val="left"/>
      </w:pPr>
      <w:r>
        <w:rPr>
          <w:b w:val="0"/>
          <w:sz w:val="21"/>
        </w:rPr>
        <w:t>3. 当初のお支払期日　20XX年○月○日</w:t>
      </w:r>
    </w:p>
    <w:p>
      <w:pPr>
        <w:spacing w:after="60" w:before="0"/>
        <w:jc w:val="left"/>
      </w:pPr>
      <w:r>
        <w:rPr>
          <w:b w:val="0"/>
          <w:sz w:val="21"/>
        </w:rPr>
        <w:t>4. お振込先　○○銀行 ○○支店 普通 0000000 カ)マルマル</w:t>
      </w:r>
    </w:p>
    <w:p>
      <w:pPr>
        <w:spacing w:after="60" w:before="0"/>
        <w:jc w:val="left"/>
      </w:pPr>
      <w:r>
        <w:rPr>
          <w:b w:val="0"/>
          <w:sz w:val="21"/>
        </w:rPr>
        <w:t>5. お振込期限　20XX年○月○日(必着)</w:t>
      </w:r>
    </w:p>
    <w:p>
      <w:pPr>
        <w:spacing w:after="0" w:before="120"/>
        <w:jc w:val="right"/>
      </w:pPr>
      <w:r>
        <w:rPr>
          <w:b w:val="0"/>
          <w:sz w:val="21"/>
        </w:rPr>
        <w:t>以上</w:t>
      </w:r>
    </w:p>
    <w:p>
      <w:pPr>
        <w:spacing w:line="20" w:lineRule="exact"/>
      </w:pPr>
      <w:r>
        <w:rPr>
          <w:sz w:val="2"/>
        </w:rPr>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ゴシック" w:hAnsi="游ゴシック"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