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before="0"/>
        <w:jc w:val="right"/>
      </w:pPr>
      <w:r>
        <w:rPr>
          <w:b w:val="0"/>
          <w:sz w:val="21"/>
        </w:rPr>
        <w:t>20XX年○月○日</w:t>
      </w:r>
    </w:p>
    <w:p>
      <w:pPr>
        <w:spacing w:after="160" w:before="0"/>
        <w:jc w:val="left"/>
      </w:pPr>
      <w:r>
        <w:rPr>
          <w:b w:val="0"/>
          <w:sz w:val="22"/>
        </w:rPr>
        <w:t>〒000-0000</w:t>
        <w:br/>
        <w:t>東京都○○区○○町1-2-3</w:t>
        <w:br/>
        <w:t>株式会社△△△△</w:t>
        <w:br/>
        <w:t>代表取締役 ○○ ○○ 殿</w:t>
      </w:r>
    </w:p>
    <w:p>
      <w:pPr>
        <w:spacing w:after="320" w:before="0"/>
        <w:jc w:val="right"/>
      </w:pPr>
      <w:r>
        <w:rPr>
          <w:b w:val="0"/>
          <w:sz w:val="21"/>
        </w:rPr>
        <w:t>〒000-0000</w:t>
        <w:br/>
        <w:t>東京都○○区○○町4-5-6</w:t>
        <w:br/>
        <w:t>株式会社○○○○</w:t>
        <w:br/>
        <w:t>代表取締役 ○○ ○○　　印</w:t>
      </w:r>
    </w:p>
    <w:p>
      <w:pPr>
        <w:spacing w:after="280" w:before="0"/>
        <w:jc w:val="center"/>
      </w:pPr>
      <w:r>
        <w:rPr>
          <w:b/>
          <w:sz w:val="36"/>
        </w:rPr>
        <w:t>催 告 書</w:t>
      </w:r>
    </w:p>
    <w:p>
      <w:pPr>
        <w:spacing w:after="120" w:before="0" w:line="384" w:lineRule="auto"/>
        <w:jc w:val="left"/>
      </w:pPr>
      <w:r>
        <w:rPr>
          <w:b w:val="0"/>
          <w:sz w:val="21"/>
        </w:rPr>
        <w:t xml:space="preserve">　当社は、貴社に対し、下記の売掛代金を請求しております。これまで再三にわたりお支払いをお願いしてまいりましたが、本日に至るまでお支払いいただけておりません。</w:t>
      </w:r>
    </w:p>
    <w:p>
      <w:pPr>
        <w:spacing w:after="120" w:before="0" w:line="384" w:lineRule="auto"/>
        <w:jc w:val="left"/>
      </w:pPr>
      <w:r>
        <w:rPr>
          <w:b w:val="0"/>
          <w:sz w:val="21"/>
        </w:rPr>
        <w:t xml:space="preserve">　つきましては、本書到着後○日以内に、下記の金額を下記の口座にお支払いくださいますよう、本書をもって催告いたします。</w:t>
      </w:r>
    </w:p>
    <w:p>
      <w:pPr>
        <w:spacing w:after="120" w:before="0" w:line="384" w:lineRule="auto"/>
        <w:jc w:val="left"/>
      </w:pPr>
      <w:r>
        <w:rPr>
          <w:b w:val="0"/>
          <w:sz w:val="21"/>
        </w:rPr>
        <w:t xml:space="preserve">　上記の期限までにお支払いのない場合は、誠に遺憾ながら、法的手続きに移らせていただきますので、あらかじめご承知おきください。</w:t>
      </w:r>
    </w:p>
    <w:p>
      <w:pPr>
        <w:spacing w:after="120" w:before="0"/>
        <w:jc w:val="center"/>
      </w:pPr>
      <w:r>
        <w:rPr>
          <w:b w:val="0"/>
          <w:sz w:val="21"/>
        </w:rPr>
        <w:t>記</w:t>
      </w:r>
    </w:p>
    <w:p>
      <w:pPr>
        <w:spacing w:after="60" w:before="0"/>
        <w:jc w:val="left"/>
      </w:pPr>
      <w:r>
        <w:rPr>
          <w:b w:val="0"/>
          <w:sz w:val="21"/>
        </w:rPr>
        <w:t>1. 請求金額　金○○○,○○○円</w:t>
      </w:r>
    </w:p>
    <w:p>
      <w:pPr>
        <w:spacing w:after="60" w:before="0"/>
        <w:jc w:val="left"/>
      </w:pPr>
      <w:r>
        <w:rPr>
          <w:b w:val="0"/>
          <w:sz w:val="21"/>
        </w:rPr>
        <w:t>2. 請求の内容　20XX年○月分 商品代金(請求書番号 No.○○○○)</w:t>
      </w:r>
    </w:p>
    <w:p>
      <w:pPr>
        <w:spacing w:after="60" w:before="0"/>
        <w:jc w:val="left"/>
      </w:pPr>
      <w:r>
        <w:rPr>
          <w:b w:val="0"/>
          <w:sz w:val="21"/>
        </w:rPr>
        <w:t>3. 当初のお支払期日　20XX年○月○日</w:t>
      </w:r>
    </w:p>
    <w:p>
      <w:pPr>
        <w:spacing w:after="60" w:before="0"/>
        <w:jc w:val="left"/>
      </w:pPr>
      <w:r>
        <w:rPr>
          <w:b w:val="0"/>
          <w:sz w:val="21"/>
        </w:rPr>
        <w:t>4. お振込先　○○銀行 ○○支店 普通 0000000 カ)マルマル</w:t>
      </w:r>
    </w:p>
    <w:p>
      <w:pPr>
        <w:spacing w:after="0" w:before="120"/>
        <w:jc w:val="right"/>
      </w:pPr>
      <w:r>
        <w:rPr>
          <w:b w:val="0"/>
          <w:sz w:val="21"/>
        </w:rPr>
        <w:t>以上</w:t>
      </w:r>
    </w:p>
    <w:p>
      <w:pPr>
        <w:spacing w:line="20" w:lineRule="exact"/>
      </w:pPr>
      <w:r>
        <w:rPr>
          <w:sz w:val="2"/>
        </w:rPr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游ゴシック" w:hAnsi="游ゴシック" w:eastAsia="游ゴシック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