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double" w:sz="12" w:color="B22222"/>
          <w:left w:val="double" w:sz="12" w:color="B22222"/>
          <w:bottom w:val="double" w:sz="12" w:color="B22222"/>
          <w:right w:val="double" w:sz="12" w:color="B22222"/>
        </w:tblBorders>
      </w:tblPr>
      <w:tblGrid>
        <w:gridCol w:w="4989"/>
      </w:tblGrid>
      <w:tr>
        <w:trPr>
          <w:trHeight w:val="7597" w:hRule="exact"/>
        </w:trPr>
        <w:tc>
          <w:tcPr>
            <w:tcW w:type="dxa" w:w="4989"/>
            <w:shd w:val="clear" w:color="auto" w:fill="FFFFFF"/>
            <w:vAlign w:val="center"/>
          </w:tcPr>
          <w:p>
            <w:pPr>
              <w:spacing w:before="120"/>
              <w:jc w:val="center"/>
            </w:pPr>
            <w:r>
              <w:rPr>
                <w:b w:val="0"/>
                <w:i w:val="0"/>
                <w:color w:val="2E7D32"/>
                <w:sz w:val="28"/>
              </w:rPr>
              <w:t>★　❄　★</w:t>
            </w:r>
          </w:p>
          <w:p>
            <w:pPr>
              <w:spacing w:before="80"/>
              <w:jc w:val="center"/>
            </w:pPr>
            <w:r>
              <w:rPr>
                <w:b/>
                <w:i/>
                <w:color w:val="B22222"/>
                <w:sz w:val="60"/>
              </w:rPr>
              <w:t>Merry</w:t>
            </w:r>
          </w:p>
          <w:p>
            <w:pPr>
              <w:spacing w:before="0"/>
              <w:jc w:val="center"/>
            </w:pPr>
            <w:r>
              <w:rPr>
                <w:b/>
                <w:i/>
                <w:color w:val="B22222"/>
                <w:sz w:val="60"/>
              </w:rPr>
              <w:t>Christmas</w:t>
            </w:r>
          </w:p>
          <w:p>
            <w:pPr>
              <w:spacing w:before="40"/>
              <w:jc w:val="center"/>
            </w:pPr>
            <w:r>
              <w:rPr>
                <w:b/>
                <w:i w:val="0"/>
                <w:color w:val="2E7D32"/>
                <w:sz w:val="22"/>
              </w:rPr>
              <w:t>&amp; Happy New Year</w:t>
            </w:r>
          </w:p>
          <w:p>
            <w:pPr>
              <w:spacing w:before="240"/>
              <w:ind w:left="340"/>
              <w:jc w:val="left"/>
            </w:pPr>
            <w:r>
              <w:rPr>
                <w:b w:val="0"/>
                <w:i w:val="0"/>
                <w:color w:val="595959"/>
                <w:sz w:val="19"/>
              </w:rPr>
              <w:t>○○さんへ</w:t>
            </w:r>
          </w:p>
          <w:p>
            <w:pPr>
              <w:spacing w:before="180"/>
              <w:ind w:left="340" w:right="340"/>
              <w:pBdr>
                <w:bottom w:val="dotted" w:sz="6" w:color="C9A0A0"/>
              </w:pBdr>
            </w:pPr>
          </w:p>
          <w:p>
            <w:pPr>
              <w:spacing w:before="180"/>
              <w:ind w:left="340" w:right="351"/>
              <w:pBdr>
                <w:bottom w:val="dotted" w:sz="6" w:color="C9A0A0"/>
              </w:pBdr>
            </w:pPr>
          </w:p>
          <w:p>
            <w:pPr>
              <w:spacing w:before="180"/>
              <w:ind w:left="340" w:right="340"/>
              <w:pBdr>
                <w:bottom w:val="dotted" w:sz="6" w:color="C9A0A0"/>
              </w:pBdr>
            </w:pPr>
          </w:p>
          <w:p>
            <w:pPr>
              <w:spacing w:before="180"/>
              <w:ind w:left="340" w:right="351"/>
              <w:pBdr>
                <w:bottom w:val="dotted" w:sz="6" w:color="C9A0A0"/>
              </w:pBdr>
            </w:pPr>
          </w:p>
          <w:p>
            <w:pPr>
              <w:spacing w:before="160"/>
              <w:ind w:right="340"/>
              <w:jc w:val="right"/>
            </w:pPr>
            <w:r>
              <w:rPr>
                <w:b w:val="0"/>
                <w:i w:val="0"/>
                <w:color w:val="595959"/>
                <w:sz w:val="18"/>
              </w:rPr>
              <w:t>20XX.12　○○より</w:t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5669" w:h="8391"/>
      <w:pgMar w:top="340" w:right="340" w:bottom="340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