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double" w:sz="12" w:color="4A90A4"/>
          <w:left w:val="double" w:sz="12" w:color="4A90A4"/>
          <w:bottom w:val="double" w:sz="12" w:color="4A90A4"/>
          <w:right w:val="double" w:sz="12" w:color="4A90A4"/>
        </w:tblBorders>
      </w:tblPr>
      <w:tblGrid>
        <w:gridCol w:w="4989"/>
      </w:tblGrid>
      <w:tr>
        <w:trPr>
          <w:trHeight w:val="7597" w:hRule="exact"/>
        </w:trPr>
        <w:tc>
          <w:tcPr>
            <w:tcW w:type="dxa" w:w="4989"/>
            <w:shd w:val="clear" w:color="auto" w:fill="EAF4FB"/>
            <w:vAlign w:val="center"/>
          </w:tcPr>
          <w:p>
            <w:pPr>
              <w:spacing w:before="120"/>
              <w:jc w:val="center"/>
            </w:pPr>
            <w:r>
              <w:rPr>
                <w:b w:val="0"/>
                <w:i w:val="0"/>
                <w:color w:val="4A90A4"/>
                <w:sz w:val="44"/>
              </w:rPr>
              <w:t>❄ ☃ ❄</w:t>
            </w:r>
          </w:p>
          <w:p>
            <w:pPr>
              <w:spacing w:before="80"/>
              <w:jc w:val="center"/>
            </w:pPr>
            <w:r>
              <w:rPr>
                <w:b/>
                <w:i w:val="0"/>
                <w:color w:val="C0392B"/>
                <w:sz w:val="44"/>
              </w:rPr>
              <w:t>メリー</w:t>
            </w:r>
          </w:p>
          <w:p>
            <w:pPr>
              <w:spacing w:before="0"/>
              <w:jc w:val="center"/>
            </w:pPr>
            <w:r>
              <w:rPr>
                <w:b/>
                <w:i w:val="0"/>
                <w:color w:val="2E7D32"/>
                <w:sz w:val="44"/>
              </w:rPr>
              <w:t>クリスマス!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color w:val="404040"/>
                <w:sz w:val="19"/>
              </w:rPr>
              <w:t>サンタさん、きてくれるかな?</w:t>
            </w:r>
          </w:p>
          <w:p>
            <w:pPr>
              <w:spacing w:before="160"/>
              <w:ind w:left="340"/>
              <w:jc w:val="left"/>
            </w:pPr>
            <w:r>
              <w:rPr>
                <w:b w:val="0"/>
                <w:i w:val="0"/>
                <w:color w:val="404040"/>
                <w:sz w:val="20"/>
              </w:rPr>
              <w:t>○○ちゃんへ</w:t>
            </w:r>
          </w:p>
          <w:p>
            <w:pPr>
              <w:spacing w:before="180"/>
              <w:ind w:left="340" w:right="340"/>
              <w:pBdr>
                <w:bottom w:val="dotted" w:sz="6" w:color="9DC3E6"/>
              </w:pBdr>
            </w:pPr>
          </w:p>
          <w:p>
            <w:pPr>
              <w:spacing w:before="180"/>
              <w:ind w:left="340" w:right="351"/>
              <w:pBdr>
                <w:bottom w:val="dotted" w:sz="6" w:color="9DC3E6"/>
              </w:pBdr>
            </w:pPr>
          </w:p>
          <w:p>
            <w:pPr>
              <w:spacing w:before="180"/>
              <w:ind w:left="340" w:right="340"/>
              <w:pBdr>
                <w:bottom w:val="dotted" w:sz="6" w:color="9DC3E6"/>
              </w:pBdr>
            </w:pPr>
          </w:p>
          <w:p>
            <w:pPr>
              <w:spacing w:before="180"/>
              <w:ind w:left="340" w:right="351"/>
              <w:pBdr>
                <w:bottom w:val="dotted" w:sz="6" w:color="9DC3E6"/>
              </w:pBdr>
            </w:pPr>
          </w:p>
          <w:p>
            <w:pPr>
              <w:spacing w:before="160"/>
              <w:ind w:right="340"/>
              <w:jc w:val="right"/>
            </w:pPr>
            <w:r>
              <w:rPr>
                <w:b w:val="0"/>
                <w:i w:val="0"/>
                <w:color w:val="404040"/>
                <w:sz w:val="19"/>
              </w:rPr>
              <w:t>○○より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5669" w:h="8391"/>
      <w:pgMar w:top="340" w:right="340" w:bottom="340" w:left="3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