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double" w:sz="12" w:color="C9A227"/>
          <w:left w:val="double" w:sz="12" w:color="C9A227"/>
          <w:bottom w:val="double" w:sz="12" w:color="C9A227"/>
          <w:right w:val="double" w:sz="12" w:color="C9A227"/>
        </w:tblBorders>
      </w:tblPr>
      <w:tblGrid>
        <w:gridCol w:w="4989"/>
      </w:tblGrid>
      <w:tr>
        <w:trPr>
          <w:trHeight w:val="7597" w:hRule="exact"/>
        </w:trPr>
        <w:tc>
          <w:tcPr>
            <w:tcW w:type="dxa" w:w="4989"/>
            <w:shd w:val="clear" w:color="auto" w:fill="FFFDF7"/>
            <w:vAlign w:val="center"/>
          </w:tcPr>
          <w:p>
            <w:pPr>
              <w:spacing w:before="200"/>
              <w:jc w:val="center"/>
            </w:pPr>
            <w:r>
              <w:rPr>
                <w:b w:val="0"/>
                <w:i w:val="0"/>
                <w:color w:val="C9A227"/>
                <w:sz w:val="32"/>
              </w:rPr>
              <w:t>✦</w:t>
            </w:r>
          </w:p>
          <w:p>
            <w:pPr>
              <w:spacing w:before="120"/>
              <w:jc w:val="center"/>
            </w:pPr>
            <w:r>
              <w:rPr>
                <w:b/>
                <w:i w:val="0"/>
                <w:color w:val="8A6D1D"/>
                <w:sz w:val="36"/>
              </w:rPr>
              <w:t>MERRY CHRISTMAS</w:t>
            </w:r>
          </w:p>
          <w:p>
            <w:pPr>
              <w:spacing w:before="80"/>
              <w:jc w:val="center"/>
            </w:pPr>
            <w:r>
              <w:rPr>
                <w:b w:val="0"/>
                <w:i w:val="0"/>
                <w:color w:val="8A6D1D"/>
                <w:sz w:val="20"/>
              </w:rPr>
              <w:t>あたたかなクリスマスを</w:t>
            </w:r>
          </w:p>
          <w:p>
            <w:pPr>
              <w:spacing w:before="0"/>
              <w:jc w:val="center"/>
            </w:pPr>
            <w:r>
              <w:rPr>
                <w:b w:val="0"/>
                <w:i w:val="0"/>
                <w:color w:val="8A6D1D"/>
                <w:sz w:val="20"/>
              </w:rPr>
              <w:t>お過ごしください</w:t>
            </w:r>
          </w:p>
          <w:p>
            <w:pPr>
              <w:spacing w:before="180"/>
              <w:ind w:left="340" w:right="340"/>
              <w:pBdr>
                <w:bottom w:val="dotted" w:sz="6" w:color="D9C9A3"/>
              </w:pBdr>
            </w:pPr>
          </w:p>
          <w:p>
            <w:pPr>
              <w:spacing w:before="180"/>
              <w:ind w:left="340" w:right="351"/>
              <w:pBdr>
                <w:bottom w:val="dotted" w:sz="6" w:color="D9C9A3"/>
              </w:pBdr>
            </w:pPr>
          </w:p>
          <w:p>
            <w:pPr>
              <w:spacing w:before="180"/>
              <w:ind w:left="340" w:right="340"/>
              <w:pBdr>
                <w:bottom w:val="dotted" w:sz="6" w:color="D9C9A3"/>
              </w:pBdr>
            </w:pPr>
          </w:p>
          <w:p>
            <w:pPr>
              <w:spacing w:before="180"/>
              <w:ind w:left="340" w:right="351"/>
              <w:pBdr>
                <w:bottom w:val="dotted" w:sz="6" w:color="D9C9A3"/>
              </w:pBdr>
            </w:pPr>
          </w:p>
          <w:p>
            <w:pPr>
              <w:spacing w:before="180"/>
              <w:ind w:left="340" w:right="340"/>
              <w:pBdr>
                <w:bottom w:val="dotted" w:sz="6" w:color="D9C9A3"/>
              </w:pBdr>
            </w:pPr>
          </w:p>
          <w:p>
            <w:pPr>
              <w:spacing w:before="200"/>
              <w:ind w:right="340"/>
              <w:jc w:val="right"/>
            </w:pPr>
            <w:r>
              <w:rPr>
                <w:b w:val="0"/>
                <w:i w:val="0"/>
                <w:color w:val="8A6D1D"/>
                <w:sz w:val="18"/>
              </w:rPr>
              <w:t>○○より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5669" w:h="8391"/>
      <w:pgMar w:top="340" w:right="340" w:bottom="340" w:left="3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