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36" w:color="FFFFFF"/>
          <w:left w:val="single" w:sz="36" w:color="FFFFFF"/>
          <w:bottom w:val="single" w:sz="36" w:color="FFFFFF"/>
          <w:right w:val="single" w:sz="36" w:color="FFFFFF"/>
          <w:insideH w:val="single" w:sz="36" w:color="FFFFFF"/>
          <w:insideV w:val="single" w:sz="36" w:color="FFFFFF"/>
        </w:tblBorders>
      </w:tblPr>
      <w:tblGrid>
        <w:gridCol w:w="3926"/>
        <w:gridCol w:w="3926"/>
        <w:gridCol w:w="3926"/>
        <w:gridCol w:w="3926"/>
      </w:tblGrid>
      <w:tr>
        <w:trPr>
          <w:trHeight w:val="2735" w:hRule="exact"/>
        </w:trPr>
        <w:tc>
          <w:tcPr>
            <w:tcW w:type="dxa" w:w="3926"/>
            <w:shd w:val="clear" w:color="auto" w:fill="FFF2CC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FDE9D9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EADCF4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  <w:tr>
        <w:trPr>
          <w:trHeight w:val="2735" w:hRule="exact"/>
        </w:trPr>
        <w:tc>
          <w:tcPr>
            <w:tcW w:type="dxa" w:w="3926"/>
            <w:shd w:val="clear" w:color="auto" w:fill="FFF2CC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7852"/>
            <w:gridSpan w:val="2"/>
            <w:vMerge w:val="restart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E67E22"/>
                <w:sz w:val="26"/>
              </w:rPr>
              <w:t>○○さん</w:t>
            </w:r>
          </w:p>
          <w:p>
            <w:pPr>
              <w:spacing w:before="80" w:after="0"/>
              <w:jc w:val="center"/>
            </w:pPr>
            <w:r>
              <w:rPr>
                <w:b/>
                <w:color w:val="E67E22"/>
                <w:sz w:val="60"/>
              </w:rPr>
              <w:t>Happy Birthday</w:t>
            </w:r>
          </w:p>
          <w:p>
            <w:pPr>
              <w:spacing w:before="160" w:after="0"/>
              <w:jc w:val="center"/>
            </w:pPr>
            <w:r>
              <w:rPr>
                <w:b w:val="0"/>
                <w:color w:val="595959"/>
                <w:sz w:val="24"/>
              </w:rPr>
              <w:t>お誕生日おめでとうございます!</w:t>
              <w:br/>
              <w:t>すてきな1年になりますように</w:t>
            </w:r>
          </w:p>
        </w:tc>
        <w:tc>
          <w:tcPr>
            <w:tcW w:type="dxa" w:w="3926"/>
            <w:shd w:val="clear" w:color="auto" w:fill="FDE9D9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  <w:tr>
        <w:trPr>
          <w:trHeight w:val="2735" w:hRule="exact"/>
        </w:trPr>
        <w:tc>
          <w:tcPr>
            <w:tcW w:type="dxa" w:w="3926"/>
            <w:shd w:val="clear" w:color="auto" w:fill="EADCF4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7852"/>
            <w:gridSpan w:val="2"/>
            <w:vMerge/>
          </w:tcPr>
          <w:p/>
        </w:tc>
        <w:tc>
          <w:tcPr>
            <w:tcW w:type="dxa" w:w="3926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  <w:tr>
        <w:trPr>
          <w:trHeight w:val="2735" w:hRule="exact"/>
        </w:trPr>
        <w:tc>
          <w:tcPr>
            <w:tcW w:type="dxa" w:w="3926"/>
            <w:shd w:val="clear" w:color="auto" w:fill="FFF2CC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FDE9D9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EADCF4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  <w:tc>
          <w:tcPr>
            <w:tcW w:type="dxa" w:w="3926"/>
            <w:shd w:val="clear" w:color="auto" w:fill="E2EFDA"/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8C8C8C"/>
                <w:sz w:val="16"/>
              </w:rPr>
              <w:t>名前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510" w:right="567" w:bottom="3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