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36" w:color="FFFFFF"/>
          <w:left w:val="single" w:sz="36" w:color="FFFFFF"/>
          <w:bottom w:val="single" w:sz="36" w:color="FFFFFF"/>
          <w:right w:val="single" w:sz="36" w:color="FFFFFF"/>
          <w:insideH w:val="single" w:sz="36" w:color="FFFFFF"/>
          <w:insideV w:val="single" w:sz="36" w:color="FFFFFF"/>
        </w:tblBorders>
      </w:tblPr>
      <w:tblGrid>
        <w:gridCol w:w="3926"/>
        <w:gridCol w:w="3926"/>
        <w:gridCol w:w="3926"/>
        <w:gridCol w:w="3926"/>
      </w:tblGrid>
      <w:tr>
        <w:trPr>
          <w:trHeight w:val="2735" w:hRule="exact"/>
        </w:trPr>
        <w:tc>
          <w:tcPr>
            <w:tcW w:type="dxa" w:w="3926"/>
            <w:shd w:val="clear" w:color="auto" w:fill="FDE9D9"/>
            <w:vAlign w:val="bottom"/>
          </w:tcPr>
          <w:p>
            <w:pPr>
              <w:spacing w:before="0" w:after="0"/>
              <w:jc w:val="right"/>
            </w:pPr>
            <w:r>
              <w:rPr>
                <w:b w:val="0"/>
                <w:color w:val="8C8C8C"/>
                <w:sz w:val="16"/>
              </w:rPr>
              <w:t>名前</w:t>
            </w:r>
          </w:p>
        </w:tc>
        <w:tc>
          <w:tcPr>
            <w:tcW w:type="dxa" w:w="3926"/>
            <w:shd w:val="clear" w:color="auto" w:fill="E2EFDA"/>
            <w:vAlign w:val="bottom"/>
          </w:tcPr>
          <w:p>
            <w:pPr>
              <w:spacing w:before="0" w:after="0"/>
              <w:jc w:val="right"/>
            </w:pPr>
            <w:r>
              <w:rPr>
                <w:b w:val="0"/>
                <w:color w:val="8C8C8C"/>
                <w:sz w:val="16"/>
              </w:rPr>
              <w:t>名前</w:t>
            </w:r>
          </w:p>
        </w:tc>
        <w:tc>
          <w:tcPr>
            <w:tcW w:type="dxa" w:w="3926"/>
            <w:shd w:val="clear" w:color="auto" w:fill="DDEBF7"/>
            <w:vAlign w:val="bottom"/>
          </w:tcPr>
          <w:p>
            <w:pPr>
              <w:spacing w:before="0" w:after="0"/>
              <w:jc w:val="right"/>
            </w:pPr>
            <w:r>
              <w:rPr>
                <w:b w:val="0"/>
                <w:color w:val="8C8C8C"/>
                <w:sz w:val="16"/>
              </w:rPr>
              <w:t>名前</w:t>
            </w:r>
          </w:p>
        </w:tc>
        <w:tc>
          <w:tcPr>
            <w:tcW w:type="dxa" w:w="3926"/>
            <w:shd w:val="clear" w:color="auto" w:fill="FFF2CC"/>
            <w:vAlign w:val="bottom"/>
          </w:tcPr>
          <w:p>
            <w:pPr>
              <w:spacing w:before="0" w:after="0"/>
              <w:jc w:val="right"/>
            </w:pPr>
            <w:r>
              <w:rPr>
                <w:b w:val="0"/>
                <w:color w:val="8C8C8C"/>
                <w:sz w:val="16"/>
              </w:rPr>
              <w:t>名前</w:t>
            </w:r>
          </w:p>
        </w:tc>
      </w:tr>
      <w:tr>
        <w:trPr>
          <w:trHeight w:val="2735" w:hRule="exact"/>
        </w:trPr>
        <w:tc>
          <w:tcPr>
            <w:tcW w:type="dxa" w:w="3926"/>
            <w:shd w:val="clear" w:color="auto" w:fill="EADCF4"/>
            <w:vAlign w:val="bottom"/>
          </w:tcPr>
          <w:p>
            <w:pPr>
              <w:spacing w:before="0" w:after="0"/>
              <w:jc w:val="right"/>
            </w:pPr>
            <w:r>
              <w:rPr>
                <w:b w:val="0"/>
                <w:color w:val="8C8C8C"/>
                <w:sz w:val="16"/>
              </w:rPr>
              <w:t>名前</w:t>
            </w:r>
          </w:p>
        </w:tc>
        <w:tc>
          <w:tcPr>
            <w:tcW w:type="dxa" w:w="7852"/>
            <w:gridSpan w:val="2"/>
            <w:vMerge w:val="restart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color w:val="C0504D"/>
                <w:sz w:val="26"/>
              </w:rPr>
              <w:t>Thank you!</w:t>
            </w:r>
          </w:p>
          <w:p>
            <w:pPr>
              <w:spacing w:before="80" w:after="0"/>
              <w:jc w:val="center"/>
            </w:pPr>
            <w:r>
              <w:rPr>
                <w:b/>
                <w:color w:val="C0504D"/>
                <w:sz w:val="60"/>
              </w:rPr>
              <w:t>○○さんへ</w:t>
            </w:r>
          </w:p>
          <w:p>
            <w:pPr>
              <w:spacing w:before="160" w:after="0"/>
              <w:jc w:val="center"/>
            </w:pPr>
            <w:r>
              <w:rPr>
                <w:b w:val="0"/>
                <w:color w:val="595959"/>
                <w:sz w:val="24"/>
              </w:rPr>
              <w:t>今まで本当にありがとうございました</w:t>
              <w:br/>
              <w:t>新しい場所でのご活躍をお祈りしています</w:t>
            </w:r>
          </w:p>
        </w:tc>
        <w:tc>
          <w:tcPr>
            <w:tcW w:type="dxa" w:w="3926"/>
            <w:shd w:val="clear" w:color="auto" w:fill="FDE9D9"/>
            <w:vAlign w:val="bottom"/>
          </w:tcPr>
          <w:p>
            <w:pPr>
              <w:spacing w:before="0" w:after="0"/>
              <w:jc w:val="right"/>
            </w:pPr>
            <w:r>
              <w:rPr>
                <w:b w:val="0"/>
                <w:color w:val="8C8C8C"/>
                <w:sz w:val="16"/>
              </w:rPr>
              <w:t>名前</w:t>
            </w:r>
          </w:p>
        </w:tc>
      </w:tr>
      <w:tr>
        <w:trPr>
          <w:trHeight w:val="2735" w:hRule="exact"/>
        </w:trPr>
        <w:tc>
          <w:tcPr>
            <w:tcW w:type="dxa" w:w="3926"/>
            <w:shd w:val="clear" w:color="auto" w:fill="E2EFDA"/>
            <w:vAlign w:val="bottom"/>
          </w:tcPr>
          <w:p>
            <w:pPr>
              <w:spacing w:before="0" w:after="0"/>
              <w:jc w:val="right"/>
            </w:pPr>
            <w:r>
              <w:rPr>
                <w:b w:val="0"/>
                <w:color w:val="8C8C8C"/>
                <w:sz w:val="16"/>
              </w:rPr>
              <w:t>名前</w:t>
            </w:r>
          </w:p>
        </w:tc>
        <w:tc>
          <w:tcPr>
            <w:tcW w:type="dxa" w:w="7852"/>
            <w:gridSpan w:val="2"/>
            <w:vMerge/>
          </w:tcPr>
          <w:p/>
        </w:tc>
        <w:tc>
          <w:tcPr>
            <w:tcW w:type="dxa" w:w="3926"/>
            <w:shd w:val="clear" w:color="auto" w:fill="DDEBF7"/>
            <w:vAlign w:val="bottom"/>
          </w:tcPr>
          <w:p>
            <w:pPr>
              <w:spacing w:before="0" w:after="0"/>
              <w:jc w:val="right"/>
            </w:pPr>
            <w:r>
              <w:rPr>
                <w:b w:val="0"/>
                <w:color w:val="8C8C8C"/>
                <w:sz w:val="16"/>
              </w:rPr>
              <w:t>名前</w:t>
            </w:r>
          </w:p>
        </w:tc>
      </w:tr>
      <w:tr>
        <w:trPr>
          <w:trHeight w:val="2735" w:hRule="exact"/>
        </w:trPr>
        <w:tc>
          <w:tcPr>
            <w:tcW w:type="dxa" w:w="3926"/>
            <w:shd w:val="clear" w:color="auto" w:fill="FFF2CC"/>
            <w:vAlign w:val="bottom"/>
          </w:tcPr>
          <w:p>
            <w:pPr>
              <w:spacing w:before="0" w:after="0"/>
              <w:jc w:val="right"/>
            </w:pPr>
            <w:r>
              <w:rPr>
                <w:b w:val="0"/>
                <w:color w:val="8C8C8C"/>
                <w:sz w:val="16"/>
              </w:rPr>
              <w:t>名前</w:t>
            </w:r>
          </w:p>
        </w:tc>
        <w:tc>
          <w:tcPr>
            <w:tcW w:type="dxa" w:w="3926"/>
            <w:shd w:val="clear" w:color="auto" w:fill="EADCF4"/>
            <w:vAlign w:val="bottom"/>
          </w:tcPr>
          <w:p>
            <w:pPr>
              <w:spacing w:before="0" w:after="0"/>
              <w:jc w:val="right"/>
            </w:pPr>
            <w:r>
              <w:rPr>
                <w:b w:val="0"/>
                <w:color w:val="8C8C8C"/>
                <w:sz w:val="16"/>
              </w:rPr>
              <w:t>名前</w:t>
            </w:r>
          </w:p>
        </w:tc>
        <w:tc>
          <w:tcPr>
            <w:tcW w:type="dxa" w:w="3926"/>
            <w:shd w:val="clear" w:color="auto" w:fill="FDE9D9"/>
            <w:vAlign w:val="bottom"/>
          </w:tcPr>
          <w:p>
            <w:pPr>
              <w:spacing w:before="0" w:after="0"/>
              <w:jc w:val="right"/>
            </w:pPr>
            <w:r>
              <w:rPr>
                <w:b w:val="0"/>
                <w:color w:val="8C8C8C"/>
                <w:sz w:val="16"/>
              </w:rPr>
              <w:t>名前</w:t>
            </w:r>
          </w:p>
        </w:tc>
        <w:tc>
          <w:tcPr>
            <w:tcW w:type="dxa" w:w="3926"/>
            <w:shd w:val="clear" w:color="auto" w:fill="E2EFDA"/>
            <w:vAlign w:val="bottom"/>
          </w:tcPr>
          <w:p>
            <w:pPr>
              <w:spacing w:before="0" w:after="0"/>
              <w:jc w:val="right"/>
            </w:pPr>
            <w:r>
              <w:rPr>
                <w:b w:val="0"/>
                <w:color w:val="8C8C8C"/>
                <w:sz w:val="16"/>
              </w:rPr>
              <w:t>名前</w:t>
            </w:r>
          </w:p>
        </w:tc>
      </w:tr>
    </w:tbl>
    <w:p>
      <w:pPr>
        <w:spacing w:line="20" w:lineRule="exact"/>
      </w:pPr>
      <w:r>
        <w:rPr>
          <w:sz w:val="2"/>
        </w:rPr>
      </w:r>
    </w:p>
    <w:sectPr w:rsidR="00FC693F" w:rsidRPr="0006063C" w:rsidSect="00034616">
      <w:pgSz w:w="16838" w:h="11906" w:orient="landscape"/>
      <w:pgMar w:top="510" w:right="567" w:bottom="340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游ゴシック" w:hAnsi="游ゴシック" w:eastAsia="游ゴシック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