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36" w:color="FFFFFF"/>
          <w:left w:val="single" w:sz="36" w:color="FFFFFF"/>
          <w:bottom w:val="single" w:sz="36" w:color="FFFFFF"/>
          <w:right w:val="single" w:sz="36" w:color="FFFFFF"/>
          <w:insideH w:val="single" w:sz="36" w:color="FFFFFF"/>
          <w:insideV w:val="single" w:sz="36" w:color="FFFFFF"/>
        </w:tblBorders>
      </w:tblPr>
      <w:tblGrid>
        <w:gridCol w:w="3141"/>
        <w:gridCol w:w="3141"/>
        <w:gridCol w:w="3141"/>
        <w:gridCol w:w="3141"/>
        <w:gridCol w:w="3141"/>
      </w:tblGrid>
      <w:tr>
        <w:trPr>
          <w:trHeight w:val="2735" w:hRule="exact"/>
        </w:trPr>
        <w:tc>
          <w:tcPr>
            <w:tcW w:type="dxa" w:w="3141"/>
            <w:shd w:val="clear" w:color="auto" w:fill="DDEBF7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  <w:tc>
          <w:tcPr>
            <w:tcW w:type="dxa" w:w="3141"/>
            <w:shd w:val="clear" w:color="auto" w:fill="E2EFDA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  <w:tc>
          <w:tcPr>
            <w:tcW w:type="dxa" w:w="3141"/>
            <w:shd w:val="clear" w:color="auto" w:fill="FFF2CC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  <w:tc>
          <w:tcPr>
            <w:tcW w:type="dxa" w:w="3141"/>
            <w:shd w:val="clear" w:color="auto" w:fill="FDE9D9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  <w:tc>
          <w:tcPr>
            <w:tcW w:type="dxa" w:w="3141"/>
            <w:shd w:val="clear" w:color="auto" w:fill="DDEBF7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</w:tr>
      <w:tr>
        <w:trPr>
          <w:trHeight w:val="2735" w:hRule="exact"/>
        </w:trPr>
        <w:tc>
          <w:tcPr>
            <w:tcW w:type="dxa" w:w="3141"/>
            <w:shd w:val="clear" w:color="auto" w:fill="E2EFDA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  <w:tc>
          <w:tcPr>
            <w:tcW w:type="dxa" w:w="9423"/>
            <w:gridSpan w:val="3"/>
            <w:vMerge w:val="restart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E5C8A"/>
                <w:sz w:val="26"/>
              </w:rPr>
              <w:t>○○年度 ○年○組</w:t>
            </w:r>
          </w:p>
          <w:p>
            <w:pPr>
              <w:spacing w:before="80" w:after="0"/>
              <w:jc w:val="center"/>
            </w:pPr>
            <w:r>
              <w:rPr>
                <w:b/>
                <w:color w:val="2E5C8A"/>
                <w:sz w:val="60"/>
              </w:rPr>
              <w:t>卒業おめでとう</w:t>
            </w:r>
          </w:p>
          <w:p>
            <w:pPr>
              <w:spacing w:before="160" w:after="0"/>
              <w:jc w:val="center"/>
            </w:pPr>
            <w:r>
              <w:rPr>
                <w:b w:val="0"/>
                <w:color w:val="595959"/>
                <w:sz w:val="24"/>
              </w:rPr>
              <w:t>いっしょに過ごした毎日を忘れません</w:t>
              <w:br/>
              <w:t>みんなの未来にエール!</w:t>
            </w:r>
          </w:p>
        </w:tc>
        <w:tc>
          <w:tcPr>
            <w:tcW w:type="dxa" w:w="3141"/>
            <w:shd w:val="clear" w:color="auto" w:fill="FFF2CC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</w:tr>
      <w:tr>
        <w:trPr>
          <w:trHeight w:val="2735" w:hRule="exact"/>
        </w:trPr>
        <w:tc>
          <w:tcPr>
            <w:tcW w:type="dxa" w:w="3141"/>
            <w:shd w:val="clear" w:color="auto" w:fill="FDE9D9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  <w:tc>
          <w:tcPr>
            <w:tcW w:type="dxa" w:w="9423"/>
            <w:gridSpan w:val="3"/>
            <w:vMerge/>
          </w:tcPr>
          <w:p/>
        </w:tc>
        <w:tc>
          <w:tcPr>
            <w:tcW w:type="dxa" w:w="3141"/>
            <w:shd w:val="clear" w:color="auto" w:fill="DDEBF7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</w:tr>
      <w:tr>
        <w:trPr>
          <w:trHeight w:val="2735" w:hRule="exact"/>
        </w:trPr>
        <w:tc>
          <w:tcPr>
            <w:tcW w:type="dxa" w:w="3141"/>
            <w:shd w:val="clear" w:color="auto" w:fill="E2EFDA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  <w:tc>
          <w:tcPr>
            <w:tcW w:type="dxa" w:w="3141"/>
            <w:shd w:val="clear" w:color="auto" w:fill="FFF2CC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  <w:tc>
          <w:tcPr>
            <w:tcW w:type="dxa" w:w="3141"/>
            <w:shd w:val="clear" w:color="auto" w:fill="FDE9D9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  <w:tc>
          <w:tcPr>
            <w:tcW w:type="dxa" w:w="3141"/>
            <w:shd w:val="clear" w:color="auto" w:fill="DDEBF7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  <w:tc>
          <w:tcPr>
            <w:tcW w:type="dxa" w:w="3141"/>
            <w:shd w:val="clear" w:color="auto" w:fill="E2EFDA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6838" w:h="11906" w:orient="landscape"/>
      <w:pgMar w:top="510" w:right="567" w:bottom="34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