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288" w:lineRule="auto"/>
        <w:jc w:val="center"/>
      </w:pPr>
      <w:r>
        <w:rPr>
          <w:b/>
          <w:sz w:val="48"/>
        </w:rPr>
        <w:t>在 職 証 明 書</w:t>
      </w:r>
    </w:p>
    <w:p>
      <w:pPr>
        <w:spacing w:after="240" w:before="0" w:line="288" w:lineRule="auto"/>
        <w:jc w:val="left"/>
      </w:pPr>
      <w:r>
        <w:rPr>
          <w:b w:val="0"/>
          <w:sz w:val="23"/>
        </w:rPr>
        <w:t xml:space="preserve">　下記の者は、当社に在職していることを証明します。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986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氏名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 xml:space="preserve">　　　　年　　月　　日生</w:t>
            </w:r>
          </w:p>
        </w:tc>
      </w:tr>
      <w:tr>
        <w:trPr>
          <w:trHeight w:val="123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住所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〒</w:t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入社年月日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 xml:space="preserve">　　　　年　　月　　日</w:t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所属・役職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068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職種(仕事の内容)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(例)営業職(法人向けの事務用品の販売)</w:t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雇用形態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□ 正社員　□ 契約社員　□ パート・アルバイト　□ その他</w:t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勤務時間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(例)9時00分〜18時00分(休憩1時間)　週5日</w:t>
            </w:r>
          </w:p>
        </w:tc>
      </w:tr>
      <w:tr>
        <w:trPr>
          <w:trHeight w:val="1068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提出先・使用目的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(例)住宅ローンの申し込みのため</w:t>
            </w:r>
          </w:p>
        </w:tc>
      </w:tr>
    </w:tbl>
    <w:p>
      <w:pPr>
        <w:spacing w:after="0" w:before="120" w:line="288" w:lineRule="auto"/>
        <w:jc w:val="left"/>
      </w:pPr>
      <w:r>
        <w:rPr>
          <w:b w:val="0"/>
          <w:sz w:val="19"/>
        </w:rPr>
        <w:t>※雇用形態は、あてはまるものの□を■にしてください。</w:t>
      </w:r>
    </w:p>
    <w:p>
      <w:pPr>
        <w:spacing w:after="200" w:before="280" w:line="288" w:lineRule="auto"/>
        <w:jc w:val="right"/>
      </w:pPr>
      <w:r>
        <w:rPr>
          <w:b w:val="0"/>
          <w:sz w:val="22"/>
        </w:rPr>
        <w:t>20XX年○月○日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所在地　〒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会社名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代表者　　　　　　　　　　　　　　印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(担当　○○部 ○○　電話 00-0000-0000)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