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right"/>
      </w:pPr>
      <w:r>
        <w:rPr>
          <w:b w:val="0"/>
        </w:rPr>
        <w:t>令和  年  月  日</w:t>
      </w:r>
    </w:p>
    <w:p>
      <w:pPr>
        <w:spacing w:after="0" w:before="0"/>
      </w:pPr>
      <w:r>
        <w:rPr>
          <w:b w:val="0"/>
        </w:rPr>
        <w:t>○○株式会社</w:t>
      </w:r>
    </w:p>
    <w:p>
      <w:pPr>
        <w:spacing w:after="280" w:before="0"/>
      </w:pPr>
      <w:r>
        <w:rPr>
          <w:b w:val="0"/>
        </w:rPr>
        <w:t>○○部長  ○○ ○○ 様</w:t>
      </w:r>
    </w:p>
    <w:p>
      <w:pPr>
        <w:spacing w:after="280" w:before="0"/>
        <w:jc w:val="center"/>
      </w:pPr>
      <w:r>
        <w:rPr>
          <w:b/>
          <w:color w:val="1B7A43"/>
          <w:sz w:val="36"/>
        </w:rPr>
        <w:t>遅刻・早退・外出届</w:t>
      </w:r>
    </w:p>
    <w:p>
      <w:pPr>
        <w:spacing w:after="0" w:before="0"/>
        <w:jc w:val="right"/>
      </w:pPr>
      <w:r>
        <w:rPr>
          <w:b w:val="0"/>
        </w:rPr>
        <w:t xml:space="preserve">所属:                        </w:t>
      </w:r>
    </w:p>
    <w:p>
      <w:pPr>
        <w:spacing w:after="240" w:before="0"/>
        <w:jc w:val="right"/>
      </w:pPr>
      <w:r>
        <w:rPr>
          <w:b w:val="0"/>
        </w:rPr>
        <w:t>氏名:                     印</w:t>
      </w:r>
    </w:p>
    <w:p>
      <w:pPr>
        <w:spacing w:after="120" w:before="0"/>
      </w:pPr>
      <w:r>
        <w:rPr>
          <w:b w:val="0"/>
        </w:rPr>
        <w:t>下記のとおり届け出ます。</w:t>
      </w:r>
    </w:p>
    <w:p>
      <w:pPr>
        <w:spacing w:after="120" w:before="0"/>
        <w:jc w:val="center"/>
      </w:pPr>
      <w:r>
        <w:rPr>
          <w:b w:val="0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680"/>
        </w:trPr>
        <w:tc>
          <w:tcPr>
            <w:tcW w:type="dxa" w:w="2154"/>
            <w:shd w:val="clear" w:color="auto" w:fill="DDEFE4"/>
          </w:tcPr>
          <w:p>
            <w:r/>
            <w:r>
              <w:rPr>
                <w:b/>
                <w:sz w:val="20"/>
              </w:rPr>
              <w:t>種類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t>□遅刻   □早退   □外出</w:t>
            </w:r>
          </w:p>
        </w:tc>
      </w:tr>
      <w:tr>
        <w:trPr>
          <w:trHeight w:val="680"/>
        </w:trPr>
        <w:tc>
          <w:tcPr>
            <w:tcW w:type="dxa" w:w="2154"/>
            <w:shd w:val="clear" w:color="auto" w:fill="DDEFE4"/>
          </w:tcPr>
          <w:p>
            <w:r/>
            <w:r>
              <w:rPr>
                <w:b/>
                <w:sz w:val="20"/>
              </w:rPr>
              <w:t>日時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t>令和  年  月  日(  )      時    分 〜      時    分</w:t>
            </w:r>
          </w:p>
        </w:tc>
      </w:tr>
      <w:tr>
        <w:trPr>
          <w:trHeight w:val="680"/>
        </w:trPr>
        <w:tc>
          <w:tcPr>
            <w:tcW w:type="dxa" w:w="2154"/>
            <w:shd w:val="clear" w:color="auto" w:fill="DDEFE4"/>
          </w:tcPr>
          <w:p>
            <w:r/>
            <w:r>
              <w:rPr>
                <w:b/>
                <w:sz w:val="20"/>
              </w:rPr>
              <w:t>理由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br/>
              <w:br/>
            </w:r>
          </w:p>
        </w:tc>
      </w:tr>
      <w:tr>
        <w:trPr>
          <w:trHeight w:val="680"/>
        </w:trPr>
        <w:tc>
          <w:tcPr>
            <w:tcW w:type="dxa" w:w="2154"/>
            <w:shd w:val="clear" w:color="auto" w:fill="DDEFE4"/>
          </w:tcPr>
          <w:p>
            <w:r/>
            <w:r>
              <w:rPr>
                <w:b/>
                <w:sz w:val="20"/>
              </w:rPr>
              <w:t>外出先・連絡先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2154"/>
            <w:shd w:val="clear" w:color="auto" w:fill="DDEFE4"/>
          </w:tcPr>
          <w:p>
            <w:r/>
            <w:r>
              <w:rPr>
                <w:b/>
                <w:sz w:val="20"/>
              </w:rPr>
              <w:t>業務の引き継ぎ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2154"/>
            <w:shd w:val="clear" w:color="auto" w:fill="DDEFE4"/>
          </w:tcPr>
          <w:p>
            <w:r/>
            <w:r>
              <w:rPr>
                <w:b/>
                <w:sz w:val="20"/>
              </w:rPr>
              <w:t>添付書類</w:t>
            </w:r>
          </w:p>
        </w:tc>
        <w:tc>
          <w:tcPr>
            <w:tcW w:type="dxa" w:w="6917"/>
          </w:tcPr>
          <w:p>
            <w:r/>
            <w:r>
              <w:rPr>
                <w:sz w:val="20"/>
              </w:rPr>
              <w:t>□遅延証明書  □診断書・領収書  □なし</w:t>
            </w:r>
          </w:p>
        </w:tc>
      </w:tr>
    </w:tbl>
    <w:p>
      <w:pPr>
        <w:spacing w:after="320" w:before="120"/>
        <w:jc w:val="right"/>
      </w:pPr>
      <w:r>
        <w:rPr>
          <w:b w:val="0"/>
        </w:rPr>
        <w:t>以上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rPr>
          <w:trHeight w:val="397"/>
        </w:trPr>
        <w:tc>
          <w:tcPr>
            <w:tcW w:type="dxa" w:w="1361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承認</w:t>
            </w:r>
          </w:p>
        </w:tc>
        <w:tc>
          <w:tcPr>
            <w:tcW w:type="dxa" w:w="1361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確認</w:t>
            </w:r>
          </w:p>
        </w:tc>
        <w:tc>
          <w:tcPr>
            <w:tcW w:type="dxa" w:w="3969"/>
            <w:shd w:val="clear" w:color="auto" w:fill="1B7A43"/>
          </w:tcPr>
          <w:p>
            <w:pPr>
              <w:jc w:val="center"/>
            </w:pPr>
            <w:r/>
            <w:r>
              <w:rPr>
                <w:b/>
                <w:color w:val="FFFFFF"/>
                <w:sz w:val="18"/>
              </w:rPr>
              <w:t>勤怠の扱い(会社記入)</w:t>
            </w:r>
          </w:p>
        </w:tc>
      </w:tr>
      <w:tr>
        <w:trPr>
          <w:trHeight w:val="1247"/>
        </w:trPr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8"/>
              </w:rPr>
              <w:t>□時間単位の有給休暇</w:t>
              <w:br/>
              <w:t>□欠勤控除</w:t>
              <w:br/>
              <w:t>□その他</w:t>
            </w:r>
          </w:p>
        </w:tc>
      </w:tr>
    </w:tbl>
    <w:p>
      <w:pPr>
        <w:spacing w:after="0" w:before="400"/>
        <w:jc w:val="right"/>
      </w:pPr>
      <w:r>
        <w:rPr>
          <w:b w:val="0"/>
          <w:color w:val="888888"/>
          <w:sz w:val="16"/>
        </w:rPr>
        <w:t>もてなしお motenashio.com</w:t>
      </w:r>
    </w:p>
    <w:sectPr w:rsidR="00FC693F" w:rsidRPr="0006063C" w:rsidSect="00034616">
      <w:pgSz w:w="11906" w:h="16838"/>
      <w:pgMar w:top="1020" w:right="141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12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