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○○部長 ○○ ○○ 様</w:t>
      </w:r>
    </w:p>
    <w:p>
      <w:pPr>
        <w:spacing w:after="160"/>
        <w:jc w:val="right"/>
      </w:pPr>
      <w:r>
        <w:rPr>
          <w:b w:val="0"/>
        </w:rPr>
        <w:t>○○部 ○○ ○○</w:t>
      </w:r>
    </w:p>
    <w:p>
      <w:pPr>
        <w:spacing w:after="160"/>
        <w:jc w:val="center"/>
      </w:pPr>
      <w:r>
        <w:rPr>
          <w:b/>
          <w:color w:val="1B7A43"/>
          <w:sz w:val="40"/>
        </w:rPr>
        <w:t>調査報告書</w:t>
      </w:r>
    </w:p>
    <w:p>
      <w:pPr>
        <w:spacing w:after="160"/>
      </w:pPr>
      <w:r>
        <w:rPr>
          <w:b w:val="0"/>
        </w:rPr>
        <w:t>○○について調査しましたので、下記のとおり報告します。</w:t>
      </w:r>
    </w:p>
    <w:p>
      <w:pPr>
        <w:spacing w:after="80"/>
        <w:jc w:val="center"/>
      </w:pPr>
      <w:r>
        <w:rPr>
          <w:b w:val="0"/>
        </w:rPr>
        <w:t>記</w:t>
      </w:r>
    </w:p>
    <w:p>
      <w:pPr>
        <w:spacing w:after="0"/>
      </w:pPr>
      <w:r>
        <w:rPr>
          <w:b/>
          <w:color w:val="1B7A43"/>
          <w:sz w:val="22"/>
        </w:rPr>
        <w:t>1. 調査の目的</w:t>
      </w:r>
    </w:p>
    <w:p>
      <w:pPr>
        <w:spacing w:after="140"/>
      </w:pPr>
      <w:r>
        <w:rPr>
          <w:b w:val="0"/>
        </w:rPr>
        <w:t>○○の原因を明らかにし、今後の対応を決めるため。</w:t>
      </w:r>
    </w:p>
    <w:p>
      <w:pPr>
        <w:spacing w:after="0"/>
      </w:pPr>
      <w:r>
        <w:rPr>
          <w:b/>
          <w:color w:val="1B7A43"/>
          <w:sz w:val="22"/>
        </w:rPr>
        <w:t>2. 調査の期間</w:t>
      </w:r>
    </w:p>
    <w:p>
      <w:pPr>
        <w:spacing w:after="140"/>
      </w:pPr>
      <w:r>
        <w:rPr>
          <w:b w:val="0"/>
        </w:rPr>
        <w:t>令和○年○月○日〜令和○年○月○日</w:t>
      </w:r>
    </w:p>
    <w:p>
      <w:pPr>
        <w:spacing w:after="0"/>
      </w:pPr>
      <w:r>
        <w:rPr>
          <w:b/>
          <w:color w:val="1B7A43"/>
          <w:sz w:val="22"/>
        </w:rPr>
        <w:t>3. 調査の対象</w:t>
      </w:r>
    </w:p>
    <w:p>
      <w:pPr>
        <w:spacing w:after="140"/>
      </w:pPr>
      <w:r>
        <w:rPr>
          <w:b w:val="0"/>
        </w:rPr>
        <w:t>○○(対象の部署、人数、件数など)</w:t>
      </w:r>
    </w:p>
    <w:p>
      <w:pPr>
        <w:spacing w:after="0"/>
      </w:pPr>
      <w:r>
        <w:rPr>
          <w:b/>
          <w:color w:val="1B7A43"/>
          <w:sz w:val="22"/>
        </w:rPr>
        <w:t>4. 調査の方法</w:t>
      </w:r>
    </w:p>
    <w:p>
      <w:pPr>
        <w:spacing w:after="140"/>
      </w:pPr>
      <w:r>
        <w:rPr>
          <w:b w:val="0"/>
        </w:rPr>
        <w:t>○○の記録の確認、担当者○名への聞き取り、アンケート(回答○件)</w:t>
      </w:r>
    </w:p>
    <w:p>
      <w:pPr>
        <w:spacing w:after="0"/>
      </w:pPr>
      <w:r>
        <w:rPr>
          <w:b/>
          <w:color w:val="1B7A43"/>
          <w:sz w:val="22"/>
        </w:rPr>
        <w:t>5. 調査の結果</w:t>
      </w:r>
    </w:p>
    <w:p>
      <w:pPr>
        <w:spacing w:after="40"/>
      </w:pPr>
      <w:r>
        <w:rPr>
          <w:b w:val="0"/>
        </w:rPr>
        <w:t>(1) ○○は○○件で、前年より○%増えていました。</w:t>
      </w:r>
    </w:p>
    <w:p>
      <w:pPr>
        <w:spacing w:after="40"/>
      </w:pPr>
      <w:r>
        <w:rPr>
          <w:b w:val="0"/>
        </w:rPr>
        <w:t>(2) ○○の多くは、○○の工程で起きていました。</w:t>
      </w:r>
    </w:p>
    <w:p>
      <w:pPr>
        <w:spacing w:after="140"/>
      </w:pPr>
      <w:r>
        <w:rPr>
          <w:b w:val="0"/>
        </w:rPr>
        <w:t>(3) ○○については、問題は確認できませんでした。</w:t>
      </w:r>
    </w:p>
    <w:p>
      <w:pPr>
        <w:spacing w:after="0"/>
      </w:pPr>
      <w:r>
        <w:rPr>
          <w:b/>
          <w:color w:val="1B7A43"/>
          <w:sz w:val="22"/>
        </w:rPr>
        <w:t>6. 考察</w:t>
      </w:r>
    </w:p>
    <w:p>
      <w:pPr>
        <w:spacing w:after="140"/>
      </w:pPr>
      <w:r>
        <w:rPr>
          <w:b w:val="0"/>
        </w:rPr>
        <w:t>結果から、主な原因は○○と考えられます。ただし、○○については今回の調査では確認できていません。</w:t>
      </w:r>
    </w:p>
    <w:p>
      <w:pPr>
        <w:spacing w:after="0"/>
      </w:pPr>
      <w:r>
        <w:rPr>
          <w:b/>
          <w:color w:val="1B7A43"/>
          <w:sz w:val="22"/>
        </w:rPr>
        <w:t>7. 提案・今後の対応</w:t>
      </w:r>
    </w:p>
    <w:p>
      <w:pPr>
        <w:spacing w:after="40"/>
      </w:pPr>
      <w:r>
        <w:rPr>
          <w:b w:val="0"/>
        </w:rPr>
        <w:t>(1) ○○を○月までに見直す。</w:t>
      </w:r>
    </w:p>
    <w:p>
      <w:pPr>
        <w:spacing w:after="140"/>
      </w:pPr>
      <w:r>
        <w:rPr>
          <w:b w:val="0"/>
        </w:rPr>
        <w:t>(2) ○○を対象に、再度調査を行う。</w:t>
      </w:r>
    </w:p>
    <w:p>
      <w:pPr>
        <w:spacing w:after="0"/>
      </w:pPr>
      <w:r>
        <w:rPr>
          <w:b/>
          <w:color w:val="1B7A43"/>
          <w:sz w:val="22"/>
        </w:rPr>
        <w:t>8. 添付資料</w:t>
      </w:r>
    </w:p>
    <w:p>
      <w:pPr>
        <w:spacing w:after="140"/>
      </w:pPr>
      <w:r>
        <w:rPr>
          <w:b w:val="0"/>
        </w:rPr>
        <w:t>○○の集計表、聞き取りの記録</w:t>
      </w:r>
    </w:p>
    <w:p>
      <w:pPr>
        <w:spacing w:after="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794" w:right="1417" w:bottom="79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