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right"/>
      </w:pPr>
      <w:r>
        <w:rPr>
          <w:b w:val="0"/>
        </w:rPr>
        <w:t>令和8年11月○日</w:t>
      </w:r>
    </w:p>
    <w:p>
      <w:pPr>
        <w:spacing w:after="0" w:before="0"/>
      </w:pPr>
      <w:r>
        <w:rPr>
          <w:b w:val="0"/>
        </w:rPr>
        <w:t>保護者のみなさまへ</w:t>
      </w:r>
    </w:p>
    <w:p>
      <w:pPr>
        <w:spacing w:after="320" w:before="0"/>
        <w:jc w:val="right"/>
      </w:pPr>
      <w:r>
        <w:rPr>
          <w:b w:val="0"/>
        </w:rPr>
        <w:t>○○子ども会  会長  ○○ ○○</w:t>
      </w:r>
    </w:p>
    <w:p>
      <w:pPr>
        <w:spacing w:after="0" w:before="0"/>
        <w:jc w:val="center"/>
      </w:pPr>
      <w:r>
        <w:rPr>
          <w:b w:val="0"/>
          <w:color w:val="1B7A43"/>
          <w:sz w:val="28"/>
        </w:rPr>
        <w:t>★  ☆  ★</w:t>
      </w:r>
    </w:p>
    <w:p>
      <w:pPr>
        <w:spacing w:after="80" w:before="0"/>
        <w:jc w:val="center"/>
      </w:pPr>
      <w:r>
        <w:rPr>
          <w:b/>
          <w:color w:val="B22222"/>
          <w:sz w:val="48"/>
        </w:rPr>
        <w:t>クリスマス会のお知らせ</w:t>
      </w:r>
    </w:p>
    <w:p>
      <w:pPr>
        <w:spacing w:after="320" w:before="0"/>
        <w:jc w:val="center"/>
      </w:pPr>
      <w:r>
        <w:rPr>
          <w:b/>
          <w:color w:val="1B7A43"/>
          <w:sz w:val="24"/>
        </w:rPr>
        <w:t>みんなであつまって、たのしいクリスマス会をしよう!</w:t>
      </w:r>
    </w:p>
    <w:p>
      <w:pPr>
        <w:spacing w:after="40" w:before="0"/>
      </w:pPr>
      <w:r>
        <w:rPr>
          <w:b w:val="0"/>
        </w:rPr>
        <w:t>寒さがきびしくなってまいりました。今年も子ども会のクリスマス会を下記のとおり開きます。</w:t>
      </w:r>
    </w:p>
    <w:p>
      <w:pPr>
        <w:spacing w:after="240" w:before="0"/>
      </w:pPr>
      <w:r>
        <w:rPr>
          <w:b w:val="0"/>
        </w:rPr>
        <w:t>ゲームやおやつを用意して、子どもたちが楽しめる会にしたいと思います。ぜひご参加ください。</w:t>
      </w:r>
    </w:p>
    <w:p>
      <w:pPr>
        <w:spacing w:after="160" w:before="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日時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令和8年12月○日(○) 10時〜12時(受付 9時45分〜)</w:t>
            </w:r>
          </w:p>
        </w:tc>
      </w:tr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場所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○○町 公民館 2階 和室</w:t>
            </w:r>
          </w:p>
        </w:tc>
      </w:tr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対象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子ども会の小学生と、その兄弟姉妹(未就学児は保護者同伴)</w:t>
            </w:r>
          </w:p>
        </w:tc>
      </w:tr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参加費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1人 300円(おやつ・プレゼント代)</w:t>
              <w:br/>
              <w:t>当日、受付で集めます</w:t>
            </w:r>
          </w:p>
        </w:tc>
      </w:tr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内容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クリスマスのゲーム、工作、お楽しみプレゼント</w:t>
            </w:r>
          </w:p>
        </w:tc>
      </w:tr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持ち物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上ばき、水とう、ハンカチ</w:t>
            </w:r>
          </w:p>
        </w:tc>
      </w:tr>
      <w:tr>
        <w:trPr>
          <w:trHeight w:val="454"/>
        </w:trPr>
        <w:tc>
          <w:tcPr>
            <w:tcW w:type="dxa" w:w="1701"/>
            <w:shd w:val="clear" w:color="auto" w:fill="FBE3E3"/>
          </w:tcPr>
          <w:p>
            <w:r/>
            <w:r>
              <w:rPr>
                <w:b/>
                <w:sz w:val="20"/>
              </w:rPr>
              <w:t>申込</w:t>
            </w:r>
          </w:p>
        </w:tc>
        <w:tc>
          <w:tcPr>
            <w:tcW w:type="dxa" w:w="7483"/>
          </w:tcPr>
          <w:p>
            <w:r/>
            <w:r>
              <w:rPr>
                <w:sz w:val="20"/>
              </w:rPr>
              <w:t>12月○日(○)までに、下の申込書を班長へ</w:t>
            </w:r>
          </w:p>
        </w:tc>
      </w:tr>
    </w:tbl>
    <w:p>
      <w:pPr>
        <w:spacing w:after="280" w:before="120"/>
        <w:jc w:val="right"/>
      </w:pPr>
      <w:r>
        <w:rPr>
          <w:b w:val="0"/>
        </w:rPr>
        <w:t>以上</w:t>
      </w:r>
    </w:p>
    <w:p>
      <w:pPr>
        <w:spacing w:after="200" w:before="0"/>
        <w:jc w:val="center"/>
      </w:pPr>
      <w:r>
        <w:rPr>
          <w:b w:val="0"/>
          <w:color w:val="888888"/>
          <w:sz w:val="16"/>
        </w:rPr>
        <w:t>- - - - - - - - - - - - - - - - - - -  きりとり  - - - - - - - - - - - - - - - - - - -</w:t>
      </w:r>
    </w:p>
    <w:p>
      <w:pPr>
        <w:spacing w:after="120" w:before="0"/>
        <w:jc w:val="center"/>
      </w:pPr>
      <w:r>
        <w:rPr>
          <w:b/>
          <w:color w:val="B22222"/>
          <w:sz w:val="24"/>
        </w:rPr>
        <w:t>クリスマス会 申込書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rPr>
          <w:trHeight w:val="454"/>
        </w:trPr>
        <w:tc>
          <w:tcPr>
            <w:tcW w:type="dxa" w:w="2268"/>
            <w:shd w:val="clear" w:color="auto" w:fill="FBE3E3"/>
          </w:tcPr>
          <w:p>
            <w:r/>
            <w:r>
              <w:rPr>
                <w:b/>
                <w:sz w:val="20"/>
              </w:rPr>
              <w:t>子どもの名前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t xml:space="preserve">                        (  年)</w:t>
            </w:r>
          </w:p>
        </w:tc>
      </w:tr>
      <w:tr>
        <w:trPr>
          <w:trHeight w:val="454"/>
        </w:trPr>
        <w:tc>
          <w:tcPr>
            <w:tcW w:type="dxa" w:w="2268"/>
            <w:shd w:val="clear" w:color="auto" w:fill="FBE3E3"/>
          </w:tcPr>
          <w:p>
            <w:r/>
            <w:r>
              <w:rPr>
                <w:b/>
                <w:sz w:val="20"/>
              </w:rPr>
              <w:t>兄弟姉妹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t xml:space="preserve">                        (  年)</w:t>
            </w:r>
          </w:p>
        </w:tc>
      </w:tr>
      <w:tr>
        <w:trPr>
          <w:trHeight w:val="454"/>
        </w:trPr>
        <w:tc>
          <w:tcPr>
            <w:tcW w:type="dxa" w:w="2268"/>
            <w:shd w:val="clear" w:color="auto" w:fill="FBE3E3"/>
          </w:tcPr>
          <w:p>
            <w:r/>
            <w:r>
              <w:rPr>
                <w:b/>
                <w:sz w:val="20"/>
              </w:rPr>
              <w:t>出欠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t>□参加します   □参加しません</w:t>
            </w:r>
          </w:p>
        </w:tc>
      </w:tr>
      <w:tr>
        <w:trPr>
          <w:trHeight w:val="454"/>
        </w:trPr>
        <w:tc>
          <w:tcPr>
            <w:tcW w:type="dxa" w:w="2268"/>
            <w:shd w:val="clear" w:color="auto" w:fill="FBE3E3"/>
          </w:tcPr>
          <w:p>
            <w:r/>
            <w:r>
              <w:rPr>
                <w:b/>
                <w:sz w:val="20"/>
              </w:rPr>
              <w:t>アレルギー・連絡事項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2268"/>
            <w:shd w:val="clear" w:color="auto" w:fill="FBE3E3"/>
          </w:tcPr>
          <w:p>
            <w:r/>
            <w:r>
              <w:rPr>
                <w:b/>
                <w:sz w:val="20"/>
              </w:rPr>
              <w:t>保護者名・連絡先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 w:before="160"/>
        <w:jc w:val="right"/>
      </w:pPr>
      <w:r>
        <w:rPr>
          <w:b w:val="0"/>
          <w:color w:val="888888"/>
          <w:sz w:val="14"/>
        </w:rPr>
        <w:t>もてなしお motenashio.com</w:t>
      </w:r>
    </w:p>
    <w:sectPr w:rsidR="00FC693F" w:rsidRPr="0006063C" w:rsidSect="00034616">
      <w:pgSz w:w="11906" w:h="16838"/>
      <w:pgMar w:top="907" w:right="1361" w:bottom="907" w:left="1361" w:header="720" w:footer="720" w:gutter="0"/>
      <w:cols w:space="720"/>
      <w:docGrid w:linePitch="360"/>
      <w:pgBorders w:offsetFrom="page">
        <w:top w:val="double" w:sz="18" w:space="24" w:color="B22222"/>
        <w:left w:val="double" w:sz="18" w:space="24" w:color="B22222"/>
        <w:bottom w:val="double" w:sz="18" w:space="24" w:color="B22222"/>
        <w:right w:val="double" w:sz="18" w:space="24" w:color="B22222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