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right"/>
      </w:pPr>
      <w:r>
        <w:rPr>
          <w:b w:val="0"/>
        </w:rPr>
        <w:t>令和8年11月○日</w:t>
      </w:r>
    </w:p>
    <w:p>
      <w:pPr>
        <w:spacing w:after="0" w:before="0"/>
      </w:pPr>
      <w:r>
        <w:rPr>
          <w:b w:val="0"/>
        </w:rPr>
        <w:t>社員各位</w:t>
      </w:r>
    </w:p>
    <w:p>
      <w:pPr>
        <w:spacing w:after="320" w:before="0"/>
        <w:jc w:val="right"/>
      </w:pPr>
      <w:r>
        <w:rPr>
          <w:b w:val="0"/>
        </w:rPr>
        <w:t>○○部 クリスマス会 幹事  ○○ ○○</w:t>
      </w:r>
    </w:p>
    <w:p>
      <w:pPr>
        <w:spacing w:after="0" w:before="0"/>
        <w:jc w:val="center"/>
      </w:pPr>
      <w:r>
        <w:rPr>
          <w:b w:val="0"/>
          <w:color w:val="B22222"/>
          <w:sz w:val="24"/>
        </w:rPr>
        <w:t>✦  ✦  ✦</w:t>
      </w:r>
    </w:p>
    <w:p>
      <w:pPr>
        <w:spacing w:after="80" w:before="0"/>
        <w:jc w:val="center"/>
      </w:pPr>
      <w:r>
        <w:rPr>
          <w:b/>
          <w:color w:val="1B7A43"/>
          <w:sz w:val="48"/>
        </w:rPr>
        <w:t>クリスマス会のお知らせ</w:t>
      </w:r>
    </w:p>
    <w:p>
      <w:pPr>
        <w:spacing w:after="320" w:before="0"/>
        <w:jc w:val="center"/>
      </w:pPr>
      <w:r>
        <w:rPr>
          <w:rFonts w:ascii="Georgia" w:hAnsi="Georgia" w:eastAsia="Georgia"/>
          <w:b w:val="0"/>
          <w:color w:val="B22222"/>
          <w:sz w:val="24"/>
        </w:rPr>
        <w:t>Christmas Party</w:t>
      </w:r>
    </w:p>
    <w:p>
      <w:pPr>
        <w:spacing w:after="40" w:before="0"/>
      </w:pPr>
      <w:r>
        <w:rPr>
          <w:b w:val="0"/>
        </w:rPr>
        <w:t>今年もクリスマスの季節となりました。日ごろの感謝をこめて、ささやかなクリスマス会を開きます。</w:t>
      </w:r>
    </w:p>
    <w:p>
      <w:pPr>
        <w:spacing w:after="240" w:before="0"/>
      </w:pPr>
      <w:r>
        <w:rPr>
          <w:b w:val="0"/>
        </w:rPr>
        <w:t>ご家族の方の参加も歓迎します。お忙しい時期と存じますが、ぜひご参加ください。</w:t>
      </w:r>
    </w:p>
    <w:p>
      <w:pPr>
        <w:spacing w:after="160" w:before="0"/>
        <w:jc w:val="center"/>
      </w:pPr>
      <w:r>
        <w:rPr>
          <w:b w:val="0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rHeight w:val="454"/>
        </w:trPr>
        <w:tc>
          <w:tcPr>
            <w:tcW w:type="dxa" w:w="1928"/>
            <w:shd w:val="clear" w:color="auto" w:fill="DDEFE4"/>
          </w:tcPr>
          <w:p>
            <w:r/>
            <w:r>
              <w:rPr>
                <w:b/>
                <w:sz w:val="20"/>
              </w:rPr>
              <w:t>日時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令和8年12月○日(○) 18時30分〜20時30分</w:t>
            </w:r>
          </w:p>
        </w:tc>
      </w:tr>
      <w:tr>
        <w:trPr>
          <w:trHeight w:val="454"/>
        </w:trPr>
        <w:tc>
          <w:tcPr>
            <w:tcW w:type="dxa" w:w="1928"/>
            <w:shd w:val="clear" w:color="auto" w:fill="DDEFE4"/>
          </w:tcPr>
          <w:p>
            <w:r/>
            <w:r>
              <w:rPr>
                <w:b/>
                <w:sz w:val="20"/>
              </w:rPr>
              <w:t>会場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○○○○(○○駅から徒歩3分)</w:t>
              <w:br/>
              <w:t>住所:○○市○○町1-2-3</w:t>
            </w:r>
          </w:p>
        </w:tc>
      </w:tr>
      <w:tr>
        <w:trPr>
          <w:trHeight w:val="454"/>
        </w:trPr>
        <w:tc>
          <w:tcPr>
            <w:tcW w:type="dxa" w:w="1928"/>
            <w:shd w:val="clear" w:color="auto" w:fill="DDEFE4"/>
          </w:tcPr>
          <w:p>
            <w:r/>
            <w:r>
              <w:rPr>
                <w:b/>
                <w:sz w:val="20"/>
              </w:rPr>
              <w:t>会費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社員 3,000円 / ご家族 1,000円(小学生以下は無料)</w:t>
              <w:br/>
              <w:t>当日、受付でお支払いください</w:t>
            </w:r>
          </w:p>
        </w:tc>
      </w:tr>
      <w:tr>
        <w:trPr>
          <w:trHeight w:val="454"/>
        </w:trPr>
        <w:tc>
          <w:tcPr>
            <w:tcW w:type="dxa" w:w="1928"/>
            <w:shd w:val="clear" w:color="auto" w:fill="DDEFE4"/>
          </w:tcPr>
          <w:p>
            <w:r/>
            <w:r>
              <w:rPr>
                <w:b/>
                <w:sz w:val="20"/>
              </w:rPr>
              <w:t>内容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立食パーティー、ビンゴ大会、プレゼント交換</w:t>
            </w:r>
          </w:p>
        </w:tc>
      </w:tr>
      <w:tr>
        <w:trPr>
          <w:trHeight w:val="454"/>
        </w:trPr>
        <w:tc>
          <w:tcPr>
            <w:tcW w:type="dxa" w:w="1928"/>
            <w:shd w:val="clear" w:color="auto" w:fill="DDEFE4"/>
          </w:tcPr>
          <w:p>
            <w:r/>
            <w:r>
              <w:rPr>
                <w:b/>
                <w:sz w:val="20"/>
              </w:rPr>
              <w:t>プレゼント交換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1,000円前後のプレゼントを1つご用意ください(任意)</w:t>
            </w:r>
          </w:p>
        </w:tc>
      </w:tr>
      <w:tr>
        <w:trPr>
          <w:trHeight w:val="454"/>
        </w:trPr>
        <w:tc>
          <w:tcPr>
            <w:tcW w:type="dxa" w:w="1928"/>
            <w:shd w:val="clear" w:color="auto" w:fill="DDEFE4"/>
          </w:tcPr>
          <w:p>
            <w:r/>
            <w:r>
              <w:rPr>
                <w:b/>
                <w:sz w:val="20"/>
              </w:rPr>
              <w:t>出欠の締切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12月○日(○)までに、下の用紙かメールで幹事へ</w:t>
            </w:r>
          </w:p>
        </w:tc>
      </w:tr>
      <w:tr>
        <w:trPr>
          <w:trHeight w:val="454"/>
        </w:trPr>
        <w:tc>
          <w:tcPr>
            <w:tcW w:type="dxa" w:w="1928"/>
            <w:shd w:val="clear" w:color="auto" w:fill="DDEFE4"/>
          </w:tcPr>
          <w:p>
            <w:r/>
            <w:r>
              <w:rPr>
                <w:b/>
                <w:sz w:val="20"/>
              </w:rPr>
              <w:t>問い合わせ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幹事 ○○(内線○○○ / ○○@○○.co.jp)</w:t>
            </w:r>
          </w:p>
        </w:tc>
      </w:tr>
    </w:tbl>
    <w:p>
      <w:pPr>
        <w:spacing w:after="280" w:before="120"/>
        <w:jc w:val="right"/>
      </w:pPr>
      <w:r>
        <w:rPr>
          <w:b w:val="0"/>
        </w:rPr>
        <w:t>以上</w:t>
      </w:r>
    </w:p>
    <w:p>
      <w:pPr>
        <w:spacing w:after="200" w:before="0"/>
        <w:jc w:val="center"/>
      </w:pPr>
      <w:r>
        <w:rPr>
          <w:b w:val="0"/>
          <w:color w:val="888888"/>
          <w:sz w:val="16"/>
        </w:rPr>
        <w:t>- - - - - - - - - - - - - - - - - - -  きりとり  - - - - - - - - - - - - - - - - - - -</w:t>
      </w:r>
    </w:p>
    <w:p>
      <w:pPr>
        <w:spacing w:after="120" w:before="0"/>
        <w:jc w:val="center"/>
      </w:pPr>
      <w:r>
        <w:rPr>
          <w:b/>
          <w:color w:val="1B7A43"/>
          <w:sz w:val="24"/>
        </w:rPr>
        <w:t>クリスマス会 出欠票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rHeight w:val="454"/>
        </w:trPr>
        <w:tc>
          <w:tcPr>
            <w:tcW w:type="dxa" w:w="1928"/>
            <w:shd w:val="clear" w:color="auto" w:fill="DDEFE4"/>
          </w:tcPr>
          <w:p>
            <w:r/>
            <w:r>
              <w:rPr>
                <w:b/>
                <w:sz w:val="20"/>
              </w:rPr>
              <w:t>所属・氏名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1928"/>
            <w:shd w:val="clear" w:color="auto" w:fill="DDEFE4"/>
          </w:tcPr>
          <w:p>
            <w:r/>
            <w:r>
              <w:rPr>
                <w:b/>
                <w:sz w:val="20"/>
              </w:rPr>
              <w:t>出欠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□出席   □欠席</w:t>
            </w:r>
          </w:p>
        </w:tc>
      </w:tr>
      <w:tr>
        <w:trPr>
          <w:trHeight w:val="454"/>
        </w:trPr>
        <w:tc>
          <w:tcPr>
            <w:tcW w:type="dxa" w:w="1928"/>
            <w:shd w:val="clear" w:color="auto" w:fill="DDEFE4"/>
          </w:tcPr>
          <w:p>
            <w:r/>
            <w:r>
              <w:rPr>
                <w:b/>
                <w:sz w:val="20"/>
              </w:rPr>
              <w:t>ご家族の参加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□なし  □あり(大人   名 / 子ども   名)</w:t>
            </w:r>
          </w:p>
        </w:tc>
      </w:tr>
      <w:tr>
        <w:trPr>
          <w:trHeight w:val="454"/>
        </w:trPr>
        <w:tc>
          <w:tcPr>
            <w:tcW w:type="dxa" w:w="1928"/>
            <w:shd w:val="clear" w:color="auto" w:fill="DDEFE4"/>
          </w:tcPr>
          <w:p>
            <w:r/>
            <w:r>
              <w:rPr>
                <w:b/>
                <w:sz w:val="20"/>
              </w:rPr>
              <w:t>食物アレルギー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0" w:before="160"/>
        <w:jc w:val="right"/>
      </w:pPr>
      <w:r>
        <w:rPr>
          <w:b w:val="0"/>
          <w:color w:val="888888"/>
          <w:sz w:val="14"/>
        </w:rPr>
        <w:t>もてなしお motenashio.com</w:t>
      </w:r>
    </w:p>
    <w:sectPr w:rsidR="00FC693F" w:rsidRPr="0006063C" w:rsidSect="00034616">
      <w:pgSz w:w="11906" w:h="16838"/>
      <w:pgMar w:top="907" w:right="1361" w:bottom="907" w:left="1361" w:header="720" w:footer="720" w:gutter="0"/>
      <w:cols w:space="720"/>
      <w:docGrid w:linePitch="360"/>
      <w:pgBorders w:offsetFrom="page">
        <w:top w:val="double" w:sz="18" w:space="24" w:color="1B7A43"/>
        <w:left w:val="double" w:sz="18" w:space="24" w:color="1B7A43"/>
        <w:bottom w:val="double" w:sz="18" w:space="24" w:color="1B7A43"/>
        <w:right w:val="double" w:sz="18" w:space="24" w:color="1B7A43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