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○○先生</w:t>
      </w:r>
    </w:p>
    <w:p>
      <w:pPr>
        <w:spacing w:after="280"/>
        <w:jc w:val="right"/>
      </w:pPr>
      <w:r>
        <w:rPr>
          <w:b w:val="0"/>
        </w:rPr>
        <w:t>○年○組 ○○ ○○</w:t>
      </w:r>
    </w:p>
    <w:p>
      <w:pPr>
        <w:spacing w:after="280"/>
        <w:jc w:val="center"/>
      </w:pPr>
      <w:r>
        <w:rPr>
          <w:b/>
          <w:color w:val="1B7A43"/>
          <w:sz w:val="40"/>
        </w:rPr>
        <w:t>反省文</w:t>
      </w:r>
    </w:p>
    <w:p>
      <w:pPr>
        <w:spacing w:after="240"/>
      </w:pPr>
      <w:r>
        <w:rPr>
          <w:b w:val="0"/>
          <w:sz w:val="22"/>
        </w:rPr>
        <w:t>このたびは、○月○日に○○をしてしまい、申し訳ありませんでした。</w:t>
      </w:r>
    </w:p>
    <w:p>
      <w:pPr>
        <w:spacing w:after="40"/>
      </w:pPr>
      <w:r>
        <w:rPr>
          <w:b w:val="0"/>
          <w:sz w:val="22"/>
        </w:rPr>
        <w:t>(1 何をしたか)</w:t>
      </w:r>
    </w:p>
    <w:p>
      <w:pPr>
        <w:spacing w:after="240"/>
      </w:pPr>
      <w:r>
        <w:rPr>
          <w:b w:val="0"/>
          <w:sz w:val="22"/>
        </w:rPr>
        <w:t>○月○日の○時ごろ、○○で○○をしました。</w:t>
      </w:r>
    </w:p>
    <w:p>
      <w:pPr>
        <w:spacing w:after="40"/>
      </w:pPr>
      <w:r>
        <w:rPr>
          <w:b w:val="0"/>
          <w:sz w:val="22"/>
        </w:rPr>
        <w:t>(2 なぜしたか)</w:t>
      </w:r>
    </w:p>
    <w:p>
      <w:pPr>
        <w:spacing w:after="240"/>
      </w:pPr>
      <w:r>
        <w:rPr>
          <w:b w:val="0"/>
          <w:sz w:val="22"/>
        </w:rPr>
        <w:t>○○と思い、軽い気持ちでしてしまいました。今考えると、自分の考えが足りなかったと思います。</w:t>
      </w:r>
    </w:p>
    <w:p>
      <w:pPr>
        <w:spacing w:after="40"/>
      </w:pPr>
      <w:r>
        <w:rPr>
          <w:b w:val="0"/>
          <w:sz w:val="22"/>
        </w:rPr>
        <w:t>(3 どんな迷惑をかけたか)</w:t>
      </w:r>
    </w:p>
    <w:p>
      <w:pPr>
        <w:spacing w:after="240"/>
      </w:pPr>
      <w:r>
        <w:rPr>
          <w:b w:val="0"/>
          <w:sz w:val="22"/>
        </w:rPr>
        <w:t>先生や友だち、家族に心配と迷惑をかけました。○○さんには、いやな思いをさせてしまいました。</w:t>
      </w:r>
    </w:p>
    <w:p>
      <w:pPr>
        <w:spacing w:after="40"/>
      </w:pPr>
      <w:r>
        <w:rPr>
          <w:b w:val="0"/>
          <w:sz w:val="22"/>
        </w:rPr>
        <w:t>(4 これからどうするか)</w:t>
      </w:r>
    </w:p>
    <w:p>
      <w:pPr>
        <w:spacing w:after="240"/>
      </w:pPr>
      <w:r>
        <w:rPr>
          <w:b w:val="0"/>
          <w:sz w:val="22"/>
        </w:rPr>
        <w:t>今後は、○○のときは○○します。困ったときは、一人で決めずに先生に相談します。</w:t>
      </w:r>
    </w:p>
    <w:p>
      <w:pPr>
        <w:spacing w:after="240"/>
      </w:pPr>
      <w:r>
        <w:rPr>
          <w:b w:val="0"/>
          <w:sz w:val="22"/>
        </w:rPr>
        <w:t>二度と同じことをしないと約束します。本当に申し訳ありませんでした。</w:t>
      </w:r>
      <w:r>
        <w:br w:type="page"/>
      </w:r>
    </w:p>
    <w:p>
      <w:pPr>
        <w:spacing w:after="8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○○部 ○○ ○○ 様</w:t>
      </w:r>
    </w:p>
    <w:p>
      <w:pPr>
        <w:spacing w:after="280"/>
        <w:jc w:val="right"/>
      </w:pPr>
      <w:r>
        <w:rPr>
          <w:b w:val="0"/>
        </w:rPr>
        <w:t>○○部 ○○ ○○</w:t>
      </w:r>
    </w:p>
    <w:p>
      <w:pPr>
        <w:spacing w:after="280"/>
        <w:jc w:val="center"/>
      </w:pPr>
      <w:r>
        <w:rPr>
          <w:b/>
          <w:color w:val="1B7A43"/>
          <w:sz w:val="40"/>
        </w:rPr>
        <w:t>反省文</w:t>
      </w:r>
    </w:p>
    <w:p>
      <w:pPr>
        <w:spacing w:after="240"/>
      </w:pPr>
      <w:r>
        <w:rPr>
          <w:b w:val="0"/>
          <w:sz w:val="22"/>
        </w:rPr>
        <w:t>このたびは、○月○日の○○につきまして、ご迷惑をおかけし、誠に申し訳ございませんでした。</w:t>
      </w:r>
    </w:p>
    <w:p>
      <w:pPr>
        <w:spacing w:after="40"/>
      </w:pPr>
      <w:r>
        <w:rPr>
          <w:b w:val="0"/>
          <w:sz w:val="22"/>
        </w:rPr>
        <w:t>【事実】</w:t>
      </w:r>
    </w:p>
    <w:p>
      <w:pPr>
        <w:spacing w:after="240"/>
      </w:pPr>
      <w:r>
        <w:rPr>
          <w:b w:val="0"/>
          <w:sz w:val="22"/>
        </w:rPr>
        <w:t>○月○日、○○の際に、○○をいたしました。その結果、○○に○○の影響が出ました。</w:t>
      </w:r>
    </w:p>
    <w:p>
      <w:pPr>
        <w:spacing w:after="40"/>
      </w:pPr>
      <w:r>
        <w:rPr>
          <w:b w:val="0"/>
          <w:sz w:val="22"/>
        </w:rPr>
        <w:t>【原因】</w:t>
      </w:r>
    </w:p>
    <w:p>
      <w:pPr>
        <w:spacing w:after="240"/>
      </w:pPr>
      <w:r>
        <w:rPr>
          <w:b w:val="0"/>
          <w:sz w:val="22"/>
        </w:rPr>
        <w:t>○○の確認を怠ったことが原因です。自分の判断だけで進めてしまい、報告が遅れました。</w:t>
      </w:r>
    </w:p>
    <w:p>
      <w:pPr>
        <w:spacing w:after="40"/>
      </w:pPr>
      <w:r>
        <w:rPr>
          <w:b w:val="0"/>
          <w:sz w:val="22"/>
        </w:rPr>
        <w:t>【今後の対策】</w:t>
      </w:r>
    </w:p>
    <w:p>
      <w:pPr>
        <w:spacing w:after="40"/>
      </w:pPr>
      <w:r>
        <w:rPr>
          <w:b w:val="0"/>
          <w:sz w:val="22"/>
        </w:rPr>
        <w:t>(1) ○○の前に、○○をチェックリストで確認します。</w:t>
      </w:r>
    </w:p>
    <w:p>
      <w:pPr>
        <w:spacing w:after="240"/>
      </w:pPr>
      <w:r>
        <w:rPr>
          <w:b w:val="0"/>
          <w:sz w:val="22"/>
        </w:rPr>
        <w:t>(2) 問題に気づいた時点で、すぐに上司へ報告します。</w:t>
      </w:r>
    </w:p>
    <w:p>
      <w:pPr>
        <w:spacing w:after="240"/>
      </w:pPr>
      <w:r>
        <w:rPr>
          <w:b w:val="0"/>
          <w:sz w:val="22"/>
        </w:rPr>
        <w:t>今回のことを深く反省し、再発の防止に努めます。何とぞご容赦くださいますよう、お願い申し上げます。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