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 w:val="0"/>
        </w:rPr>
      </w:r>
    </w:p>
    <w:p>
      <w:pPr>
        <w:spacing w:after="360"/>
        <w:jc w:val="center"/>
      </w:pPr>
      <w:r>
        <w:rPr>
          <w:b/>
          <w:color w:val="1B7A43"/>
          <w:sz w:val="68"/>
        </w:rPr>
        <w:t>閉店のお知らせ</w:t>
      </w:r>
    </w:p>
    <w:p>
      <w:pPr>
        <w:spacing w:after="0"/>
        <w:jc w:val="center"/>
      </w:pPr>
      <w:r>
        <w:rPr>
          <w:b w:val="0"/>
          <w:sz w:val="32"/>
        </w:rPr>
        <w:t>いつも当店をご利用いただき、</w:t>
      </w:r>
    </w:p>
    <w:p>
      <w:pPr>
        <w:spacing w:after="0"/>
        <w:jc w:val="center"/>
      </w:pPr>
      <w:r>
        <w:rPr>
          <w:b w:val="0"/>
          <w:sz w:val="32"/>
        </w:rPr>
        <w:t>誠にありがとうございます。</w:t>
      </w:r>
    </w:p>
    <w:p>
      <w:pPr>
        <w:spacing w:after="0"/>
        <w:jc w:val="center"/>
      </w:pPr>
      <w:r>
        <w:rPr>
          <w:b w:val="0"/>
          <w:sz w:val="32"/>
        </w:rPr>
      </w:r>
    </w:p>
    <w:p>
      <w:pPr>
        <w:spacing w:after="0"/>
        <w:jc w:val="center"/>
      </w:pPr>
      <w:r>
        <w:rPr>
          <w:b w:val="0"/>
          <w:sz w:val="32"/>
        </w:rPr>
        <w:t>当店は、</w:t>
      </w:r>
    </w:p>
    <w:p>
      <w:pPr>
        <w:spacing w:after="0"/>
        <w:jc w:val="center"/>
      </w:pPr>
      <w:r>
        <w:rPr>
          <w:b w:val="0"/>
          <w:sz w:val="32"/>
        </w:rPr>
        <w:t>令和○年○月○日(○)をもちまして、</w:t>
      </w:r>
    </w:p>
    <w:p>
      <w:pPr>
        <w:spacing w:after="0"/>
        <w:jc w:val="center"/>
      </w:pPr>
      <w:r>
        <w:rPr>
          <w:b w:val="0"/>
          <w:sz w:val="32"/>
        </w:rPr>
        <w:t>閉店させていただくことになりました。</w:t>
      </w:r>
    </w:p>
    <w:p>
      <w:pPr>
        <w:spacing w:after="0"/>
        <w:jc w:val="center"/>
      </w:pPr>
      <w:r>
        <w:rPr>
          <w:b w:val="0"/>
          <w:sz w:val="32"/>
        </w:rPr>
      </w:r>
    </w:p>
    <w:p>
      <w:pPr>
        <w:spacing w:after="0"/>
        <w:jc w:val="center"/>
      </w:pPr>
      <w:r>
        <w:rPr>
          <w:b w:val="0"/>
          <w:sz w:val="32"/>
        </w:rPr>
        <w:t>○年間にわたり、</w:t>
      </w:r>
    </w:p>
    <w:p>
      <w:pPr>
        <w:spacing w:after="0"/>
        <w:jc w:val="center"/>
      </w:pPr>
      <w:r>
        <w:rPr>
          <w:b w:val="0"/>
          <w:sz w:val="32"/>
        </w:rPr>
        <w:t>たくさんのお客さまに支えていただきましたことを、</w:t>
      </w:r>
    </w:p>
    <w:p>
      <w:pPr>
        <w:spacing w:after="0"/>
        <w:jc w:val="center"/>
      </w:pPr>
      <w:r>
        <w:rPr>
          <w:b w:val="0"/>
          <w:sz w:val="32"/>
        </w:rPr>
        <w:t>心より御礼申し上げます。</w:t>
      </w:r>
    </w:p>
    <w:p>
      <w:pPr>
        <w:spacing w:after="0"/>
        <w:jc w:val="center"/>
      </w:pPr>
      <w:r>
        <w:rPr>
          <w:b w:val="0"/>
          <w:sz w:val="32"/>
        </w:rPr>
      </w:r>
    </w:p>
    <w:p>
      <w:pPr>
        <w:spacing w:after="0"/>
        <w:jc w:val="center"/>
      </w:pPr>
      <w:r>
        <w:rPr>
          <w:b w:val="0"/>
          <w:sz w:val="32"/>
        </w:rPr>
        <w:t>最終日まで、どうぞよろしくお願いいたします。</w:t>
      </w:r>
    </w:p>
    <w:p>
      <w:pPr>
        <w:spacing w:after="200"/>
      </w:pPr>
      <w:r>
        <w:rPr>
          <w:b w:val="0"/>
        </w:rPr>
      </w:r>
    </w:p>
    <w:p>
      <w:pPr>
        <w:spacing w:after="80"/>
        <w:jc w:val="center"/>
      </w:pPr>
      <w:r>
        <w:rPr>
          <w:b w:val="0"/>
          <w:sz w:val="28"/>
        </w:rPr>
        <w:t>○○○○(店名)</w:t>
      </w:r>
    </w:p>
    <w:p>
      <w:pPr>
        <w:spacing w:after="80"/>
        <w:jc w:val="center"/>
      </w:pPr>
      <w:r>
        <w:rPr>
          <w:b w:val="0"/>
          <w:sz w:val="28"/>
        </w:rPr>
        <w:t>店主 ○○ ○○</w:t>
      </w:r>
      <w:r>
        <w:br w:type="page"/>
      </w:r>
    </w:p>
    <w:p>
      <w:pPr>
        <w:spacing w:after="0"/>
        <w:jc w:val="right"/>
      </w:pPr>
      <w:r>
        <w:rPr>
          <w:b w:val="0"/>
        </w:rPr>
        <w:t>令和○年○月○日</w:t>
      </w:r>
    </w:p>
    <w:p>
      <w:pPr>
        <w:spacing w:after="40"/>
      </w:pPr>
      <w:r>
        <w:rPr>
          <w:b w:val="0"/>
        </w:rPr>
        <w:t>お取引先各位</w:t>
      </w:r>
    </w:p>
    <w:p>
      <w:pPr>
        <w:spacing w:after="0"/>
        <w:jc w:val="right"/>
      </w:pPr>
      <w:r>
        <w:rPr>
          <w:b w:val="0"/>
        </w:rPr>
        <w:t>○○○○(店名)</w:t>
      </w:r>
    </w:p>
    <w:p>
      <w:pPr>
        <w:spacing w:after="0"/>
        <w:jc w:val="right"/>
      </w:pPr>
      <w:r>
        <w:rPr>
          <w:b w:val="0"/>
        </w:rPr>
        <w:t>代表 ○○ ○○</w:t>
      </w:r>
    </w:p>
    <w:p>
      <w:pPr>
        <w:spacing w:after="120"/>
      </w:pPr>
      <w:r>
        <w:rPr>
          <w:b w:val="0"/>
        </w:rPr>
      </w:r>
    </w:p>
    <w:p>
      <w:pPr>
        <w:spacing w:after="240"/>
        <w:jc w:val="center"/>
      </w:pPr>
      <w:r>
        <w:rPr>
          <w:b/>
          <w:color w:val="1B7A43"/>
          <w:sz w:val="32"/>
        </w:rPr>
        <w:t>閉店のご挨拶</w:t>
      </w:r>
    </w:p>
    <w:p>
      <w:pPr>
        <w:spacing w:after="120"/>
        <w:ind w:firstLine="210"/>
      </w:pPr>
      <w:r>
        <w:rPr>
          <w:b w:val="0"/>
        </w:rPr>
        <w:t>拝啓 ○○の候、貴社ますますご清栄のこととお喜び申し上げます。平素は格別のご高配を賜り、厚く御礼申し上げます。</w:t>
      </w:r>
    </w:p>
    <w:p>
      <w:pPr>
        <w:spacing w:after="120"/>
        <w:ind w:firstLine="210"/>
      </w:pPr>
      <w:r>
        <w:rPr>
          <w:b w:val="0"/>
        </w:rPr>
        <w:t>さて、このたび当店は、諸般の事情により、令和○年○月○日をもちまして閉店することとなりました。</w:t>
      </w:r>
    </w:p>
    <w:p>
      <w:pPr>
        <w:spacing w:after="120"/>
        <w:ind w:firstLine="210"/>
      </w:pPr>
      <w:r>
        <w:rPr>
          <w:b w:val="0"/>
        </w:rPr>
        <w:t>開店以来、皆さまには長きにわたり、ひとかたならぬご支援をいただきました。心より感謝申し上げます。</w:t>
      </w:r>
    </w:p>
    <w:p>
      <w:pPr>
        <w:spacing w:after="120"/>
        <w:ind w:firstLine="210"/>
      </w:pPr>
      <w:r>
        <w:rPr>
          <w:b w:val="0"/>
        </w:rPr>
        <w:t>お取引の精算などにつきましては、別途ご連絡させていただきます。</w:t>
      </w:r>
    </w:p>
    <w:p>
      <w:pPr>
        <w:spacing w:after="120"/>
        <w:ind w:firstLine="210"/>
      </w:pPr>
      <w:r>
        <w:rPr>
          <w:b w:val="0"/>
        </w:rPr>
        <w:t>まずは略儀ながら書中をもちまして、閉店のご挨拶とお礼を申し上げます。</w:t>
      </w:r>
    </w:p>
    <w:p>
      <w:pPr>
        <w:spacing w:after="160"/>
        <w:jc w:val="right"/>
      </w:pPr>
      <w:r>
        <w:rPr>
          <w:b w:val="0"/>
        </w:rPr>
        <w:t>敬具</w:t>
      </w:r>
    </w:p>
    <w:p>
      <w:pPr>
        <w:spacing w:after="120"/>
        <w:jc w:val="center"/>
      </w:pPr>
      <w:r>
        <w:rPr>
          <w:b w:val="0"/>
        </w:rPr>
        <w:t>記</w:t>
      </w:r>
    </w:p>
    <w:p>
      <w:pPr>
        <w:spacing w:after="60"/>
      </w:pPr>
      <w:r>
        <w:rPr>
          <w:b w:val="0"/>
        </w:rPr>
        <w:t>最終営業日:令和○年○月○日(○)</w:t>
      </w:r>
    </w:p>
    <w:p>
      <w:pPr>
        <w:spacing w:after="60"/>
      </w:pPr>
      <w:r>
        <w:rPr>
          <w:b w:val="0"/>
        </w:rPr>
        <w:t>お問い合わせ先:○○ ○○(電話 00-0000-0000)※令和○年○月○日まで</w:t>
      </w:r>
    </w:p>
    <w:p>
      <w:pPr>
        <w:spacing w:after="0"/>
        <w:jc w:val="right"/>
      </w:pPr>
      <w:r>
        <w:rPr>
          <w:b w:val="0"/>
        </w:rPr>
        <w:t>以上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48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