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</w:rPr>
        <w:t>令和○年○月○日</w:t>
      </w:r>
    </w:p>
    <w:p>
      <w:pPr>
        <w:spacing w:after="40"/>
      </w:pPr>
      <w:r>
        <w:rPr>
          <w:b w:val="0"/>
        </w:rPr>
        <w:t>株式会社○○○○</w:t>
        <w:br/>
        <w:t>○○部 ○○ ○○ 様</w:t>
      </w:r>
    </w:p>
    <w:p>
      <w:pPr>
        <w:spacing w:after="0"/>
        <w:jc w:val="right"/>
      </w:pPr>
      <w:r>
        <w:rPr>
          <w:b w:val="0"/>
        </w:rPr>
        <w:t>株式会社○○○○ ○○部</w:t>
      </w:r>
    </w:p>
    <w:p>
      <w:pPr>
        <w:spacing w:after="0"/>
        <w:jc w:val="right"/>
      </w:pPr>
      <w:r>
        <w:rPr>
          <w:b w:val="0"/>
        </w:rPr>
        <w:t>○○ ○○</w:t>
      </w:r>
    </w:p>
    <w:p>
      <w:pPr>
        <w:spacing w:after="120"/>
      </w:pPr>
      <w:r>
        <w:rPr>
          <w:b w:val="0"/>
        </w:rPr>
      </w:r>
    </w:p>
    <w:p>
      <w:pPr>
        <w:spacing w:after="240"/>
        <w:jc w:val="center"/>
      </w:pPr>
      <w:r>
        <w:rPr>
          <w:b/>
          <w:color w:val="1B7A43"/>
          <w:sz w:val="32"/>
        </w:rPr>
        <w:t>転任のご挨拶</w:t>
      </w:r>
    </w:p>
    <w:p>
      <w:pPr>
        <w:spacing w:after="120"/>
        <w:ind w:firstLine="210"/>
      </w:pPr>
      <w:r>
        <w:rPr>
          <w:b w:val="0"/>
        </w:rPr>
        <w:t>拝啓 ○○の候、貴社ますますご清栄のこととお喜び申し上げます。</w:t>
      </w:r>
    </w:p>
    <w:p>
      <w:pPr>
        <w:spacing w:after="120"/>
        <w:ind w:firstLine="210"/>
      </w:pPr>
      <w:r>
        <w:rPr>
          <w:b w:val="0"/>
        </w:rPr>
        <w:t>さて、私こと、このたび令和○年○月○日付で、○○支店 ○○部へ異動することとなりました。</w:t>
      </w:r>
    </w:p>
    <w:p>
      <w:pPr>
        <w:spacing w:after="120"/>
        <w:ind w:firstLine="210"/>
      </w:pPr>
      <w:r>
        <w:rPr>
          <w:b w:val="0"/>
        </w:rPr>
        <w:t>○○部在任中は格別のご厚情を賜り、心より御礼申し上げます。</w:t>
      </w:r>
    </w:p>
    <w:p>
      <w:pPr>
        <w:spacing w:after="120"/>
        <w:ind w:firstLine="210"/>
      </w:pPr>
      <w:r>
        <w:rPr>
          <w:b w:val="0"/>
        </w:rPr>
        <w:t>後任には○○ ○○が着任いたします。私同様、お引き立てくださいますよう、お願い申し上げます。</w:t>
      </w:r>
    </w:p>
    <w:p>
      <w:pPr>
        <w:spacing w:after="120"/>
        <w:ind w:firstLine="210"/>
      </w:pPr>
      <w:r>
        <w:rPr>
          <w:b w:val="0"/>
        </w:rPr>
        <w:t>新しい職場でも、精一杯つとめてまいります。今後とも変わらぬご指導を賜りますよう、お願い申し上げます。</w:t>
      </w:r>
    </w:p>
    <w:p>
      <w:pPr>
        <w:spacing w:after="160"/>
        <w:jc w:val="right"/>
      </w:pPr>
      <w:r>
        <w:rPr>
          <w:b w:val="0"/>
        </w:rPr>
        <w:t>敬具</w:t>
      </w:r>
    </w:p>
    <w:p>
      <w:pPr>
        <w:spacing w:after="120"/>
        <w:jc w:val="center"/>
      </w:pPr>
      <w:r>
        <w:rPr>
          <w:b w:val="0"/>
        </w:rPr>
        <w:t>記</w:t>
      </w:r>
    </w:p>
    <w:p>
      <w:pPr>
        <w:spacing w:after="60"/>
      </w:pPr>
      <w:r>
        <w:rPr>
          <w:b w:val="0"/>
        </w:rPr>
        <w:t>新しい所属:○○支店 ○○部 ○○課</w:t>
      </w:r>
    </w:p>
    <w:p>
      <w:pPr>
        <w:spacing w:after="60"/>
      </w:pPr>
      <w:r>
        <w:rPr>
          <w:b w:val="0"/>
        </w:rPr>
        <w:t>後任:○○部 ○○ ○○(電話 00-0000-0000)</w:t>
      </w:r>
    </w:p>
    <w:p>
      <w:pPr>
        <w:spacing w:after="0"/>
        <w:jc w:val="right"/>
      </w:pPr>
      <w:r>
        <w:rPr>
          <w:b w:val="0"/>
        </w:rPr>
        <w:t>以上</w:t>
      </w:r>
      <w:r>
        <w:br w:type="page"/>
      </w:r>
    </w:p>
    <w:p>
      <w:pPr>
        <w:spacing w:after="0"/>
        <w:jc w:val="right"/>
      </w:pPr>
      <w:r>
        <w:rPr>
          <w:b w:val="0"/>
        </w:rPr>
        <w:t>令和○年○月○日</w:t>
      </w:r>
    </w:p>
    <w:p>
      <w:pPr>
        <w:spacing w:after="40"/>
      </w:pPr>
      <w:r>
        <w:rPr>
          <w:b w:val="0"/>
        </w:rPr>
        <w:t>お取引先各位</w:t>
      </w:r>
    </w:p>
    <w:p>
      <w:pPr>
        <w:spacing w:after="0"/>
        <w:jc w:val="right"/>
      </w:pPr>
      <w:r>
        <w:rPr>
          <w:b w:val="0"/>
        </w:rPr>
        <w:t>株式会社○○○○ ○○支店 ○○部</w:t>
      </w:r>
    </w:p>
    <w:p>
      <w:pPr>
        <w:spacing w:after="0"/>
        <w:jc w:val="right"/>
      </w:pPr>
      <w:r>
        <w:rPr>
          <w:b w:val="0"/>
        </w:rPr>
        <w:t>○○ ○○</w:t>
      </w:r>
    </w:p>
    <w:p>
      <w:pPr>
        <w:spacing w:after="120"/>
      </w:pPr>
      <w:r>
        <w:rPr>
          <w:b w:val="0"/>
        </w:rPr>
      </w:r>
    </w:p>
    <w:p>
      <w:pPr>
        <w:spacing w:after="240"/>
        <w:jc w:val="center"/>
      </w:pPr>
      <w:r>
        <w:rPr>
          <w:b/>
          <w:color w:val="1B7A43"/>
          <w:sz w:val="32"/>
        </w:rPr>
        <w:t>着任のご挨拶</w:t>
      </w:r>
    </w:p>
    <w:p>
      <w:pPr>
        <w:spacing w:after="120"/>
        <w:ind w:firstLine="210"/>
      </w:pPr>
      <w:r>
        <w:rPr>
          <w:b w:val="0"/>
        </w:rPr>
        <w:t>拝啓 ○○の候、貴社ますますご清栄のこととお喜び申し上げます。</w:t>
      </w:r>
    </w:p>
    <w:p>
      <w:pPr>
        <w:spacing w:after="120"/>
        <w:ind w:firstLine="210"/>
      </w:pPr>
      <w:r>
        <w:rPr>
          <w:b w:val="0"/>
        </w:rPr>
        <w:t>さて、私こと、このたび令和○年○月○日付で、○○部より○○支店 ○○部に着任いたしました。</w:t>
      </w:r>
    </w:p>
    <w:p>
      <w:pPr>
        <w:spacing w:after="120"/>
        <w:ind w:firstLine="210"/>
      </w:pPr>
      <w:r>
        <w:rPr>
          <w:b w:val="0"/>
        </w:rPr>
        <w:t>前任の○○同様、皆さまのお役に立てるよう、誠心誠意つとめてまいります。</w:t>
      </w:r>
    </w:p>
    <w:p>
      <w:pPr>
        <w:spacing w:after="120"/>
        <w:ind w:firstLine="210"/>
      </w:pPr>
      <w:r>
        <w:rPr>
          <w:b w:val="0"/>
        </w:rPr>
        <w:t>まずは略儀ながら書中をもちまして、着任のご挨拶を申し上げます。近日中に、あらためてご挨拶にうかがいます。今後とも、よろしくお願い申し上げます。</w:t>
      </w:r>
    </w:p>
    <w:p>
      <w:pPr>
        <w:spacing w:after="160"/>
        <w:jc w:val="right"/>
      </w:pPr>
      <w:r>
        <w:rPr>
          <w:b w:val="0"/>
        </w:rPr>
        <w:t>敬具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48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