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お取引先各位</w:t>
      </w:r>
    </w:p>
    <w:p>
      <w:pPr>
        <w:spacing w:after="0"/>
        <w:jc w:val="right"/>
      </w:pPr>
      <w:r>
        <w:rPr>
          <w:b w:val="0"/>
        </w:rPr>
        <w:t>株式会社○○○○</w:t>
      </w:r>
    </w:p>
    <w:p>
      <w:pPr>
        <w:spacing w:after="0"/>
        <w:jc w:val="right"/>
      </w:pPr>
      <w:r>
        <w:rPr>
          <w:b w:val="0"/>
        </w:rPr>
        <w:t>代表取締役 ○○ ○○</w:t>
      </w:r>
    </w:p>
    <w:p>
      <w:pPr>
        <w:spacing w:after="120"/>
      </w:pPr>
      <w:r>
        <w:rPr>
          <w:b w:val="0"/>
        </w:rPr>
      </w:r>
    </w:p>
    <w:p>
      <w:pPr>
        <w:spacing w:after="240"/>
        <w:jc w:val="center"/>
      </w:pPr>
      <w:r>
        <w:rPr>
          <w:b/>
          <w:color w:val="1B7A43"/>
          <w:sz w:val="32"/>
        </w:rPr>
        <w:t>事務所移転のお知らせ</w:t>
      </w:r>
    </w:p>
    <w:p>
      <w:pPr>
        <w:spacing w:after="120"/>
        <w:ind w:firstLine="210"/>
      </w:pPr>
      <w:r>
        <w:rPr>
          <w:b w:val="0"/>
        </w:rPr>
        <w:t>拝啓 貴社ますますご清栄のこととお喜び申し上げます。平素は格別のご高配を賜り、厚く御礼申し上げます。</w:t>
      </w:r>
    </w:p>
    <w:p>
      <w:pPr>
        <w:spacing w:after="120"/>
        <w:ind w:firstLine="210"/>
      </w:pPr>
      <w:r>
        <w:rPr>
          <w:b w:val="0"/>
        </w:rPr>
        <w:t>さて、このたび弊社は業務拡大にともない、下記のとおり事務所を移転することになりました。</w:t>
      </w:r>
    </w:p>
    <w:p>
      <w:pPr>
        <w:spacing w:after="120"/>
        <w:ind w:firstLine="210"/>
      </w:pPr>
      <w:r>
        <w:rPr>
          <w:b w:val="0"/>
        </w:rPr>
        <w:t>これを機に、社員一同、より一層のサービスの向上に努めてまいります。今後とも変わらぬお引き立てを賜りますよう、お願い申し上げます。</w:t>
      </w:r>
    </w:p>
    <w:p>
      <w:pPr>
        <w:spacing w:after="160"/>
        <w:jc w:val="right"/>
      </w:pPr>
      <w:r>
        <w:rPr>
          <w:b w:val="0"/>
        </w:rPr>
        <w:t>敬具</w:t>
      </w:r>
    </w:p>
    <w:p>
      <w:pPr>
        <w:spacing w:after="120"/>
        <w:jc w:val="center"/>
      </w:pPr>
      <w:r>
        <w:rPr>
          <w:b w:val="0"/>
        </w:rPr>
        <w:t>記</w:t>
      </w:r>
    </w:p>
    <w:p>
      <w:pPr>
        <w:spacing w:after="60"/>
      </w:pPr>
      <w:r>
        <w:rPr>
          <w:b w:val="0"/>
        </w:rPr>
        <w:t>新住所:〒000-0000 ○○県○○市○○ 0-0-0 ○○ビル○階</w:t>
      </w:r>
    </w:p>
    <w:p>
      <w:pPr>
        <w:spacing w:after="60"/>
      </w:pPr>
      <w:r>
        <w:rPr>
          <w:b w:val="0"/>
        </w:rPr>
        <w:t>新電話番号:00-0000-0000(FAX 00-0000-0000)</w:t>
      </w:r>
    </w:p>
    <w:p>
      <w:pPr>
        <w:spacing w:after="60"/>
      </w:pPr>
      <w:r>
        <w:rPr>
          <w:b w:val="0"/>
        </w:rPr>
        <w:t>業務開始日:令和○年○月○日(○)</w:t>
      </w:r>
    </w:p>
    <w:p>
      <w:pPr>
        <w:spacing w:after="60"/>
      </w:pPr>
      <w:r>
        <w:rPr>
          <w:b w:val="0"/>
        </w:rPr>
        <w:t>最寄り駅:○○線 ○○駅 ○口から徒歩○分</w:t>
      </w:r>
    </w:p>
    <w:p>
      <w:pPr>
        <w:spacing w:after="60"/>
      </w:pPr>
      <w:r>
        <w:rPr>
          <w:b w:val="0"/>
        </w:rPr>
        <w:t>※電話番号・FAX番号に変更はございません。</w:t>
      </w:r>
    </w:p>
    <w:p>
      <w:pPr>
        <w:spacing w:after="0"/>
        <w:jc w:val="right"/>
      </w:pPr>
      <w:r>
        <w:rPr>
          <w:b w:val="0"/>
        </w:rPr>
        <w:t>以上</w:t>
      </w:r>
      <w:r>
        <w:br w:type="page"/>
      </w:r>
    </w:p>
    <w:p>
      <w:pPr>
        <w:spacing w:after="480"/>
      </w:pPr>
      <w:r>
        <w:rPr>
          <w:b w:val="0"/>
        </w:rPr>
      </w:r>
    </w:p>
    <w:p>
      <w:pPr>
        <w:spacing w:after="480"/>
        <w:jc w:val="center"/>
      </w:pPr>
      <w:r>
        <w:rPr>
          <w:b/>
          <w:color w:val="1B7A43"/>
          <w:sz w:val="68"/>
        </w:rPr>
        <w:t>移転のお知らせ</w:t>
      </w:r>
    </w:p>
    <w:p>
      <w:pPr>
        <w:spacing w:after="80"/>
        <w:jc w:val="center"/>
      </w:pPr>
      <w:r>
        <w:rPr>
          <w:b w:val="0"/>
          <w:sz w:val="32"/>
        </w:rPr>
        <w:t>いつも当店をご利用いただき、</w:t>
      </w:r>
    </w:p>
    <w:p>
      <w:pPr>
        <w:spacing w:after="80"/>
        <w:jc w:val="center"/>
      </w:pPr>
      <w:r>
        <w:rPr>
          <w:b w:val="0"/>
          <w:sz w:val="32"/>
        </w:rPr>
        <w:t>誠にありがとうございます。</w:t>
      </w:r>
    </w:p>
    <w:p>
      <w:pPr>
        <w:spacing w:after="80"/>
        <w:jc w:val="center"/>
      </w:pPr>
      <w:r>
        <w:rPr>
          <w:b w:val="0"/>
          <w:sz w:val="32"/>
        </w:rPr>
      </w:r>
    </w:p>
    <w:p>
      <w:pPr>
        <w:spacing w:after="80"/>
        <w:jc w:val="center"/>
      </w:pPr>
      <w:r>
        <w:rPr>
          <w:b w:val="0"/>
          <w:sz w:val="32"/>
        </w:rPr>
        <w:t>令和○年○月○日をもちまして、</w:t>
      </w:r>
    </w:p>
    <w:p>
      <w:pPr>
        <w:spacing w:after="80"/>
        <w:jc w:val="center"/>
      </w:pPr>
      <w:r>
        <w:rPr>
          <w:b w:val="0"/>
          <w:sz w:val="32"/>
        </w:rPr>
        <w:t>下記に移転いたします。</w:t>
      </w:r>
    </w:p>
    <w:p>
      <w:pPr>
        <w:spacing w:after="80"/>
        <w:jc w:val="center"/>
      </w:pPr>
      <w:r>
        <w:rPr>
          <w:b w:val="0"/>
          <w:sz w:val="32"/>
        </w:rPr>
      </w:r>
    </w:p>
    <w:p>
      <w:pPr>
        <w:spacing w:after="80"/>
        <w:jc w:val="center"/>
      </w:pPr>
      <w:r>
        <w:rPr>
          <w:b w:val="0"/>
          <w:sz w:val="32"/>
        </w:rPr>
        <w:t>新店舗:○○市○○ 0-0-0</w:t>
      </w:r>
    </w:p>
    <w:p>
      <w:pPr>
        <w:spacing w:after="80"/>
        <w:jc w:val="center"/>
      </w:pPr>
      <w:r>
        <w:rPr>
          <w:b w:val="0"/>
          <w:sz w:val="32"/>
        </w:rPr>
        <w:t>(○○駅から徒歩○分)</w:t>
      </w:r>
    </w:p>
    <w:p>
      <w:pPr>
        <w:spacing w:after="80"/>
        <w:jc w:val="center"/>
      </w:pPr>
      <w:r>
        <w:rPr>
          <w:b w:val="0"/>
          <w:sz w:val="32"/>
        </w:rPr>
      </w:r>
    </w:p>
    <w:p>
      <w:pPr>
        <w:spacing w:after="80"/>
        <w:jc w:val="center"/>
      </w:pPr>
      <w:r>
        <w:rPr>
          <w:b w:val="0"/>
          <w:sz w:val="32"/>
        </w:rPr>
        <w:t>新店舗での営業は</w:t>
      </w:r>
    </w:p>
    <w:p>
      <w:pPr>
        <w:spacing w:after="80"/>
        <w:jc w:val="center"/>
      </w:pPr>
      <w:r>
        <w:rPr>
          <w:b w:val="0"/>
          <w:sz w:val="32"/>
        </w:rPr>
        <w:t>令和○年○月○日からです。</w:t>
      </w:r>
    </w:p>
    <w:p>
      <w:pPr>
        <w:spacing w:after="400"/>
      </w:pPr>
      <w:r>
        <w:rPr>
          <w:b w:val="0"/>
        </w:rPr>
      </w:r>
    </w:p>
    <w:p>
      <w:pPr>
        <w:spacing w:after="80"/>
        <w:jc w:val="center"/>
      </w:pPr>
      <w:r>
        <w:rPr>
          <w:b w:val="0"/>
          <w:sz w:val="28"/>
        </w:rPr>
        <w:t>○○○○(店名)</w:t>
      </w:r>
    </w:p>
    <w:p>
      <w:pPr>
        <w:spacing w:after="80"/>
        <w:jc w:val="center"/>
      </w:pPr>
      <w:r>
        <w:rPr>
          <w:b w:val="0"/>
          <w:sz w:val="28"/>
        </w:rPr>
        <w:t>電話 00-0000-0000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