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/>
      </w:pPr>
      <w:r>
        <w:rPr>
          <w:b w:val="0"/>
        </w:rPr>
      </w:r>
    </w:p>
    <w:p>
      <w:pPr>
        <w:spacing w:after="800"/>
        <w:jc w:val="center"/>
      </w:pPr>
      <w:r>
        <w:rPr>
          <w:b/>
          <w:sz w:val="60"/>
        </w:rPr>
        <w:t>辞令</w:t>
      </w:r>
    </w:p>
    <w:p>
      <w:pPr>
        <w:spacing w:after="600"/>
      </w:pPr>
      <w:r>
        <w:rPr>
          <w:b w:val="0"/>
          <w:sz w:val="32"/>
        </w:rPr>
        <w:t>○○部 ○○課  ○○ ○○ 殿</w:t>
      </w:r>
    </w:p>
    <w:p>
      <w:pPr>
        <w:spacing w:after="280"/>
      </w:pPr>
      <w:r>
        <w:rPr>
          <w:b w:val="0"/>
          <w:sz w:val="32"/>
        </w:rPr>
        <w:t>令和○年○月○日付をもって</w:t>
      </w:r>
    </w:p>
    <w:p>
      <w:pPr>
        <w:spacing w:after="280"/>
      </w:pPr>
      <w:r>
        <w:rPr>
          <w:b w:val="0"/>
          <w:sz w:val="32"/>
        </w:rPr>
        <w:t>○○部 ○○課 勤務を命ずる</w:t>
      </w:r>
    </w:p>
    <w:p>
      <w:pPr>
        <w:spacing w:after="800"/>
      </w:pPr>
      <w:r>
        <w:rPr>
          <w:b w:val="0"/>
        </w:rPr>
      </w:r>
    </w:p>
    <w:p>
      <w:pPr>
        <w:spacing w:after="400"/>
      </w:pPr>
      <w:r>
        <w:rPr>
          <w:b w:val="0"/>
          <w:sz w:val="26"/>
        </w:rPr>
        <w:t>令和○年○月○日</w:t>
      </w:r>
    </w:p>
    <w:p>
      <w:pPr>
        <w:spacing w:after="80"/>
        <w:jc w:val="right"/>
      </w:pPr>
      <w:r>
        <w:rPr>
          <w:b w:val="0"/>
          <w:sz w:val="28"/>
        </w:rPr>
        <w:t>株式会社○○○○</w:t>
      </w:r>
    </w:p>
    <w:p>
      <w:pPr>
        <w:spacing w:after="80"/>
        <w:jc w:val="right"/>
      </w:pPr>
      <w:r>
        <w:rPr>
          <w:b w:val="0"/>
          <w:sz w:val="28"/>
        </w:rPr>
        <w:t>代表取締役 ○○ ○○</w:t>
      </w:r>
      <w:r>
        <w:br w:type="page"/>
      </w:r>
    </w:p>
    <w:p>
      <w:pPr>
        <w:spacing w:after="600"/>
      </w:pPr>
      <w:r>
        <w:rPr>
          <w:b w:val="0"/>
        </w:rPr>
      </w:r>
    </w:p>
    <w:p>
      <w:pPr>
        <w:spacing w:after="800"/>
        <w:jc w:val="center"/>
      </w:pPr>
      <w:r>
        <w:rPr>
          <w:b/>
          <w:sz w:val="60"/>
        </w:rPr>
        <w:t>辞令</w:t>
      </w:r>
    </w:p>
    <w:p>
      <w:pPr>
        <w:spacing w:after="600"/>
      </w:pPr>
      <w:r>
        <w:rPr>
          <w:b w:val="0"/>
          <w:sz w:val="32"/>
        </w:rPr>
        <w:t>○○部 ○○課  ○○ ○○ 殿</w:t>
      </w:r>
    </w:p>
    <w:p>
      <w:pPr>
        <w:spacing w:after="280"/>
      </w:pPr>
      <w:r>
        <w:rPr>
          <w:b w:val="0"/>
          <w:sz w:val="32"/>
        </w:rPr>
        <w:t>令和○年○月○日付をもって</w:t>
      </w:r>
    </w:p>
    <w:p>
      <w:pPr>
        <w:spacing w:after="280"/>
      </w:pPr>
      <w:r>
        <w:rPr>
          <w:b w:val="0"/>
          <w:sz w:val="32"/>
        </w:rPr>
        <w:t>○○部 ○○課長に任ずる</w:t>
      </w:r>
    </w:p>
    <w:p>
      <w:pPr>
        <w:spacing w:after="800"/>
      </w:pPr>
      <w:r>
        <w:rPr>
          <w:b w:val="0"/>
        </w:rPr>
      </w:r>
    </w:p>
    <w:p>
      <w:pPr>
        <w:spacing w:after="400"/>
      </w:pPr>
      <w:r>
        <w:rPr>
          <w:b w:val="0"/>
          <w:sz w:val="26"/>
        </w:rPr>
        <w:t>令和○年○月○日</w:t>
      </w:r>
    </w:p>
    <w:p>
      <w:pPr>
        <w:spacing w:after="80"/>
        <w:jc w:val="right"/>
      </w:pPr>
      <w:r>
        <w:rPr>
          <w:b w:val="0"/>
          <w:sz w:val="28"/>
        </w:rPr>
        <w:t>株式会社○○○○</w:t>
      </w:r>
    </w:p>
    <w:p>
      <w:pPr>
        <w:spacing w:after="80"/>
        <w:jc w:val="right"/>
      </w:pPr>
      <w:r>
        <w:rPr>
          <w:b w:val="0"/>
          <w:sz w:val="28"/>
        </w:rPr>
        <w:t>代表取締役 ○○ ○○</w:t>
      </w:r>
      <w:r>
        <w:br w:type="page"/>
      </w:r>
    </w:p>
    <w:p>
      <w:pPr>
        <w:spacing w:after="600"/>
      </w:pPr>
      <w:r>
        <w:rPr>
          <w:b w:val="0"/>
        </w:rPr>
      </w:r>
    </w:p>
    <w:p>
      <w:pPr>
        <w:spacing w:after="800"/>
        <w:jc w:val="center"/>
      </w:pPr>
      <w:r>
        <w:rPr>
          <w:b/>
          <w:sz w:val="60"/>
        </w:rPr>
        <w:t>辞令</w:t>
      </w:r>
    </w:p>
    <w:p>
      <w:pPr>
        <w:spacing w:after="600"/>
      </w:pPr>
      <w:r>
        <w:rPr>
          <w:b w:val="0"/>
          <w:sz w:val="32"/>
        </w:rPr>
        <w:t>○○ ○○ 殿</w:t>
      </w:r>
    </w:p>
    <w:p>
      <w:pPr>
        <w:spacing w:after="280"/>
      </w:pPr>
      <w:r>
        <w:rPr>
          <w:b w:val="0"/>
          <w:sz w:val="32"/>
        </w:rPr>
        <w:t>令和○年○月○日付をもって</w:t>
      </w:r>
    </w:p>
    <w:p>
      <w:pPr>
        <w:spacing w:after="280"/>
      </w:pPr>
      <w:r>
        <w:rPr>
          <w:b w:val="0"/>
          <w:sz w:val="32"/>
        </w:rPr>
        <w:t>正社員として採用する</w:t>
      </w:r>
    </w:p>
    <w:p>
      <w:pPr>
        <w:spacing w:after="280"/>
      </w:pPr>
      <w:r>
        <w:rPr>
          <w:b w:val="0"/>
          <w:sz w:val="32"/>
        </w:rPr>
        <w:t>○○部 ○○課 勤務を命ずる</w:t>
      </w:r>
    </w:p>
    <w:p>
      <w:pPr>
        <w:spacing w:after="800"/>
      </w:pPr>
      <w:r>
        <w:rPr>
          <w:b w:val="0"/>
        </w:rPr>
      </w:r>
    </w:p>
    <w:p>
      <w:pPr>
        <w:spacing w:after="400"/>
      </w:pPr>
      <w:r>
        <w:rPr>
          <w:b w:val="0"/>
          <w:sz w:val="26"/>
        </w:rPr>
        <w:t>令和○年○月○日</w:t>
      </w:r>
    </w:p>
    <w:p>
      <w:pPr>
        <w:spacing w:after="80"/>
        <w:jc w:val="right"/>
      </w:pPr>
      <w:r>
        <w:rPr>
          <w:b w:val="0"/>
          <w:sz w:val="28"/>
        </w:rPr>
        <w:t>株式会社○○○○</w:t>
      </w:r>
    </w:p>
    <w:p>
      <w:pPr>
        <w:spacing w:after="80"/>
        <w:jc w:val="right"/>
      </w:pPr>
      <w:r>
        <w:rPr>
          <w:b w:val="0"/>
          <w:sz w:val="28"/>
        </w:rPr>
        <w:t>代表取締役 ○○ ○○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84" w:lineRule="auto"/>
    </w:pPr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