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before="0"/>
      </w:pPr>
      <w:r>
        <w:rPr>
          <w:b/>
          <w:color w:val="B22222"/>
          <w:sz w:val="22"/>
        </w:rPr>
        <w:t>【記入例】</w:t>
      </w:r>
    </w:p>
    <w:p>
      <w:pPr>
        <w:spacing w:after="160" w:before="0"/>
        <w:jc w:val="right"/>
      </w:pPr>
      <w:r>
        <w:rPr>
          <w:b w:val="0"/>
        </w:rPr>
        <w:t>令和8年11月25日</w:t>
      </w:r>
    </w:p>
    <w:p>
      <w:pPr>
        <w:spacing w:after="240" w:before="0"/>
      </w:pPr>
      <w:r>
        <w:rPr>
          <w:b w:val="0"/>
        </w:rPr>
        <w:t>○○株式会社  人事部 御中</w:t>
      </w:r>
    </w:p>
    <w:p>
      <w:pPr>
        <w:spacing w:after="240" w:before="0"/>
        <w:jc w:val="center"/>
      </w:pPr>
      <w:r>
        <w:rPr>
          <w:b/>
          <w:color w:val="1B7A43"/>
          <w:sz w:val="40"/>
        </w:rPr>
        <w:t>住所変更届</w:t>
      </w:r>
    </w:p>
    <w:p>
      <w:pPr>
        <w:spacing w:after="0" w:before="0"/>
        <w:jc w:val="right"/>
      </w:pPr>
      <w:r>
        <w:rPr>
          <w:b w:val="0"/>
        </w:rPr>
        <w:t>所属:  営業部 営業1課</w:t>
      </w:r>
    </w:p>
    <w:p>
      <w:pPr>
        <w:spacing w:after="0" w:before="0"/>
        <w:jc w:val="right"/>
      </w:pPr>
      <w:r>
        <w:rPr>
          <w:b w:val="0"/>
        </w:rPr>
        <w:t>社員番号:  10567</w:t>
      </w:r>
    </w:p>
    <w:p>
      <w:pPr>
        <w:spacing w:after="200" w:before="0"/>
        <w:jc w:val="right"/>
      </w:pPr>
      <w:r>
        <w:rPr>
          <w:b w:val="0"/>
        </w:rPr>
        <w:t>氏名:  田中 美咲        印</w:t>
      </w:r>
    </w:p>
    <w:p>
      <w:pPr>
        <w:spacing w:after="120" w:before="0"/>
      </w:pPr>
      <w:r>
        <w:rPr>
          <w:b w:val="0"/>
        </w:rPr>
        <w:t>このたび、下記のとおり住所を変更しましたので届け出ます。</w:t>
      </w:r>
    </w:p>
    <w:p>
      <w:pPr>
        <w:spacing w:after="120" w:before="0"/>
        <w:jc w:val="center"/>
      </w:pPr>
      <w:r>
        <w:rPr>
          <w:b w:val="0"/>
        </w:rPr>
        <w:t>記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706"/>
        <w:gridCol w:w="4706"/>
      </w:tblGrid>
      <w:tr>
        <w:trPr>
          <w:trHeight w:val="567"/>
        </w:trPr>
        <w:tc>
          <w:tcPr>
            <w:tcW w:type="dxa" w:w="2381"/>
            <w:shd w:val="clear" w:color="auto" w:fill="DDEFE4"/>
          </w:tcPr>
          <w:p>
            <w:r/>
            <w:r>
              <w:rPr>
                <w:b/>
                <w:sz w:val="20"/>
              </w:rPr>
              <w:t>住所を変更した日</w:t>
              <w:br/>
              <w:t>(転居した日)</w:t>
            </w:r>
          </w:p>
        </w:tc>
        <w:tc>
          <w:tcPr>
            <w:tcW w:type="dxa" w:w="7030"/>
          </w:tcPr>
          <w:p>
            <w:r/>
            <w:r>
              <w:rPr>
                <w:sz w:val="20"/>
              </w:rPr>
              <w:t>令和8年11月22日</w:t>
            </w:r>
          </w:p>
        </w:tc>
      </w:tr>
      <w:tr>
        <w:trPr>
          <w:trHeight w:val="567"/>
        </w:trPr>
        <w:tc>
          <w:tcPr>
            <w:tcW w:type="dxa" w:w="2381"/>
            <w:shd w:val="clear" w:color="auto" w:fill="DDEFE4"/>
          </w:tcPr>
          <w:p>
            <w:r/>
            <w:r>
              <w:rPr>
                <w:b/>
                <w:sz w:val="20"/>
              </w:rPr>
              <w:t>新しい住所</w:t>
            </w:r>
          </w:p>
        </w:tc>
        <w:tc>
          <w:tcPr>
            <w:tcW w:type="dxa" w:w="7030"/>
          </w:tcPr>
          <w:p>
            <w:r/>
            <w:r>
              <w:rPr>
                <w:sz w:val="20"/>
              </w:rPr>
              <w:t>〒234-5678</w:t>
              <w:br/>
              <w:t>○○県○○市△△町4-5-6  △△ハイツ302</w:t>
            </w:r>
          </w:p>
        </w:tc>
      </w:tr>
      <w:tr>
        <w:trPr>
          <w:trHeight w:val="567"/>
        </w:trPr>
        <w:tc>
          <w:tcPr>
            <w:tcW w:type="dxa" w:w="2381"/>
            <w:shd w:val="clear" w:color="auto" w:fill="DDEFE4"/>
          </w:tcPr>
          <w:p>
            <w:r/>
            <w:r>
              <w:rPr>
                <w:b/>
                <w:sz w:val="20"/>
              </w:rPr>
              <w:t>フリガナ</w:t>
            </w:r>
          </w:p>
        </w:tc>
        <w:tc>
          <w:tcPr>
            <w:tcW w:type="dxa" w:w="7030"/>
          </w:tcPr>
          <w:p>
            <w:r/>
            <w:r>
              <w:rPr>
                <w:sz w:val="20"/>
              </w:rPr>
              <w:t>○○ケン ○○シ サンカクチョウ  サンカクハイツ</w:t>
            </w:r>
          </w:p>
        </w:tc>
      </w:tr>
      <w:tr>
        <w:trPr>
          <w:trHeight w:val="567"/>
        </w:trPr>
        <w:tc>
          <w:tcPr>
            <w:tcW w:type="dxa" w:w="2381"/>
            <w:shd w:val="clear" w:color="auto" w:fill="DDEFE4"/>
          </w:tcPr>
          <w:p>
            <w:r/>
            <w:r>
              <w:rPr>
                <w:b/>
                <w:sz w:val="20"/>
              </w:rPr>
              <w:t>新しい電話番号</w:t>
            </w:r>
          </w:p>
        </w:tc>
        <w:tc>
          <w:tcPr>
            <w:tcW w:type="dxa" w:w="7030"/>
          </w:tcPr>
          <w:p>
            <w:r/>
            <w:r>
              <w:rPr>
                <w:sz w:val="20"/>
              </w:rPr>
              <w:t>固定電話なし(携帯 090-0000-0000 は変更なし)</w:t>
            </w:r>
          </w:p>
        </w:tc>
      </w:tr>
      <w:tr>
        <w:trPr>
          <w:trHeight w:val="567"/>
        </w:trPr>
        <w:tc>
          <w:tcPr>
            <w:tcW w:type="dxa" w:w="2381"/>
            <w:shd w:val="clear" w:color="auto" w:fill="DDEFE4"/>
          </w:tcPr>
          <w:p>
            <w:r/>
            <w:r>
              <w:rPr>
                <w:b/>
                <w:sz w:val="20"/>
              </w:rPr>
              <w:t>前の住所</w:t>
            </w:r>
          </w:p>
        </w:tc>
        <w:tc>
          <w:tcPr>
            <w:tcW w:type="dxa" w:w="7030"/>
          </w:tcPr>
          <w:p>
            <w:r/>
            <w:r>
              <w:rPr>
                <w:sz w:val="20"/>
              </w:rPr>
              <w:t>〒123-4567</w:t>
              <w:br/>
              <w:t>○○県○○市○○町1-2-3</w:t>
            </w:r>
          </w:p>
        </w:tc>
      </w:tr>
      <w:tr>
        <w:trPr>
          <w:trHeight w:val="567"/>
        </w:trPr>
        <w:tc>
          <w:tcPr>
            <w:tcW w:type="dxa" w:w="2381"/>
            <w:shd w:val="clear" w:color="auto" w:fill="DDEFE4"/>
          </w:tcPr>
          <w:p>
            <w:r/>
            <w:r>
              <w:rPr>
                <w:b/>
                <w:sz w:val="20"/>
              </w:rPr>
              <w:t>世帯主</w:t>
            </w:r>
          </w:p>
        </w:tc>
        <w:tc>
          <w:tcPr>
            <w:tcW w:type="dxa" w:w="7030"/>
          </w:tcPr>
          <w:p>
            <w:r/>
            <w:r>
              <w:rPr>
                <w:sz w:val="20"/>
              </w:rPr>
              <w:t>■本人  □本人以外(続柄:        )</w:t>
            </w:r>
          </w:p>
        </w:tc>
      </w:tr>
      <w:tr>
        <w:trPr>
          <w:trHeight w:val="567"/>
        </w:trPr>
        <w:tc>
          <w:tcPr>
            <w:tcW w:type="dxa" w:w="2381"/>
            <w:shd w:val="clear" w:color="auto" w:fill="DDEFE4"/>
          </w:tcPr>
          <w:p>
            <w:r/>
            <w:r>
              <w:rPr>
                <w:b/>
                <w:sz w:val="20"/>
              </w:rPr>
              <w:t>同居する家族</w:t>
            </w:r>
          </w:p>
        </w:tc>
        <w:tc>
          <w:tcPr>
            <w:tcW w:type="dxa" w:w="7030"/>
          </w:tcPr>
          <w:p>
            <w:r/>
            <w:r>
              <w:rPr>
                <w:sz w:val="20"/>
              </w:rPr>
              <w:t>■いっしょに転居(扶養家族 2名)  □変更なし</w:t>
            </w:r>
          </w:p>
        </w:tc>
      </w:tr>
      <w:tr>
        <w:trPr>
          <w:trHeight w:val="567"/>
        </w:trPr>
        <w:tc>
          <w:tcPr>
            <w:tcW w:type="dxa" w:w="2381"/>
            <w:shd w:val="clear" w:color="auto" w:fill="DDEFE4"/>
          </w:tcPr>
          <w:p>
            <w:r/>
            <w:r>
              <w:rPr>
                <w:b/>
                <w:sz w:val="20"/>
              </w:rPr>
              <w:t>通勤経路</w:t>
            </w:r>
          </w:p>
        </w:tc>
        <w:tc>
          <w:tcPr>
            <w:tcW w:type="dxa" w:w="7030"/>
          </w:tcPr>
          <w:p>
            <w:r/>
            <w:r>
              <w:rPr>
                <w:sz w:val="20"/>
              </w:rPr>
              <w:t>■変わる(通勤経路届を出します)  □変わらない</w:t>
            </w:r>
          </w:p>
        </w:tc>
      </w:tr>
      <w:tr>
        <w:trPr>
          <w:trHeight w:val="567"/>
        </w:trPr>
        <w:tc>
          <w:tcPr>
            <w:tcW w:type="dxa" w:w="2381"/>
            <w:shd w:val="clear" w:color="auto" w:fill="DDEFE4"/>
          </w:tcPr>
          <w:p>
            <w:r/>
            <w:r>
              <w:rPr>
                <w:b/>
                <w:sz w:val="20"/>
              </w:rPr>
              <w:t>緊急連絡先</w:t>
            </w:r>
          </w:p>
        </w:tc>
        <w:tc>
          <w:tcPr>
            <w:tcW w:type="dxa" w:w="7030"/>
          </w:tcPr>
          <w:p>
            <w:r/>
            <w:r>
              <w:rPr>
                <w:sz w:val="20"/>
              </w:rPr>
              <w:t>□変更あり(                    )  ■変更なし</w:t>
            </w:r>
          </w:p>
        </w:tc>
      </w:tr>
      <w:tr>
        <w:trPr>
          <w:trHeight w:val="567"/>
        </w:trPr>
        <w:tc>
          <w:tcPr>
            <w:tcW w:type="dxa" w:w="2381"/>
            <w:shd w:val="clear" w:color="auto" w:fill="DDEFE4"/>
          </w:tcPr>
          <w:p>
            <w:r/>
            <w:r>
              <w:rPr>
                <w:b/>
                <w:sz w:val="20"/>
              </w:rPr>
              <w:t>添付する書類</w:t>
            </w:r>
          </w:p>
        </w:tc>
        <w:tc>
          <w:tcPr>
            <w:tcW w:type="dxa" w:w="7030"/>
          </w:tcPr>
          <w:p>
            <w:r/>
            <w:r>
              <w:rPr>
                <w:sz w:val="20"/>
              </w:rPr>
              <w:t>■住民票の写し(会社が求めるとき)  □なし</w:t>
            </w:r>
          </w:p>
        </w:tc>
      </w:tr>
    </w:tbl>
    <w:p>
      <w:pPr>
        <w:spacing w:after="240" w:before="120"/>
        <w:jc w:val="right"/>
      </w:pPr>
      <w:r>
        <w:rPr>
          <w:b w:val="0"/>
        </w:rPr>
        <w:t>以上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706"/>
        <w:gridCol w:w="4706"/>
      </w:tblGrid>
      <w:tr>
        <w:trPr>
          <w:trHeight w:val="397"/>
        </w:trPr>
        <w:tc>
          <w:tcPr>
            <w:tcW w:type="dxa" w:w="1587"/>
            <w:shd w:val="clear" w:color="auto" w:fill="1B7A43"/>
          </w:tcPr>
          <w:p>
            <w:pPr>
              <w:jc w:val="center"/>
            </w:pPr>
            <w:r/>
            <w:r>
              <w:rPr>
                <w:b/>
                <w:color w:val="FFFFFF"/>
                <w:sz w:val="18"/>
              </w:rPr>
              <w:t>受付</w:t>
            </w:r>
          </w:p>
        </w:tc>
        <w:tc>
          <w:tcPr>
            <w:tcW w:type="dxa" w:w="7824"/>
            <w:shd w:val="clear" w:color="auto" w:fill="1B7A43"/>
          </w:tcPr>
          <w:p>
            <w:pPr>
              <w:jc w:val="center"/>
            </w:pPr>
            <w:r/>
            <w:r>
              <w:rPr>
                <w:b/>
                <w:color w:val="FFFFFF"/>
                <w:sz w:val="18"/>
              </w:rPr>
              <w:t>処理(会社記入)</w:t>
            </w:r>
          </w:p>
        </w:tc>
      </w:tr>
      <w:tr>
        <w:trPr>
          <w:trHeight w:val="907"/>
        </w:trPr>
        <w:tc>
          <w:tcPr>
            <w:tcW w:type="dxa" w:w="1587"/>
          </w:tcPr>
          <w:p>
            <w:r/>
            <w:r>
              <w:rPr>
                <w:sz w:val="18"/>
              </w:rPr>
            </w:r>
          </w:p>
        </w:tc>
        <w:tc>
          <w:tcPr>
            <w:tcW w:type="dxa" w:w="7824"/>
          </w:tcPr>
          <w:p>
            <w:r/>
            <w:r>
              <w:rPr>
                <w:sz w:val="18"/>
              </w:rPr>
              <w:t>□社会保険  □住民税  □通勤手当  □社員名簿  □緊急連絡先</w:t>
            </w:r>
          </w:p>
        </w:tc>
      </w:tr>
    </w:tbl>
    <w:p>
      <w:pPr>
        <w:spacing w:after="0" w:before="280"/>
        <w:jc w:val="right"/>
      </w:pPr>
      <w:r>
        <w:rPr>
          <w:b w:val="0"/>
          <w:color w:val="888888"/>
          <w:sz w:val="16"/>
        </w:rPr>
        <w:t>もてなしお motenashio.com</w:t>
      </w:r>
    </w:p>
    <w:sectPr w:rsidR="00FC693F" w:rsidRPr="0006063C" w:rsidSect="00034616">
      <w:pgSz w:w="11906" w:h="16838"/>
      <w:pgMar w:top="907" w:right="1247" w:bottom="907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312" w:lineRule="auto"/>
    </w:pPr>
    <w:rPr>
      <w:rFonts w:ascii="游ゴシック" w:hAnsi="游ゴシック" w:eastAsia="游ゴシック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