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 w:before="0"/>
        <w:jc w:val="right"/>
      </w:pPr>
      <w:r>
        <w:rPr>
          <w:b w:val="0"/>
        </w:rPr>
        <w:t>令和    年    月    日</w:t>
      </w:r>
    </w:p>
    <w:p>
      <w:pPr>
        <w:spacing w:after="240" w:before="0"/>
      </w:pPr>
      <w:r>
        <w:rPr>
          <w:b w:val="0"/>
        </w:rPr>
        <w:t>○○株式会社  人事部 御中</w:t>
      </w:r>
    </w:p>
    <w:p>
      <w:pPr>
        <w:spacing w:after="240" w:before="0"/>
        <w:jc w:val="center"/>
      </w:pPr>
      <w:r>
        <w:rPr>
          <w:b/>
          <w:color w:val="1B7A43"/>
          <w:sz w:val="40"/>
        </w:rPr>
        <w:t>住所変更届</w:t>
      </w:r>
    </w:p>
    <w:p>
      <w:pPr>
        <w:spacing w:after="0" w:before="0"/>
        <w:jc w:val="right"/>
      </w:pPr>
      <w:r>
        <w:rPr>
          <w:b w:val="0"/>
        </w:rPr>
        <w:t xml:space="preserve">所属:                            </w:t>
      </w:r>
    </w:p>
    <w:p>
      <w:pPr>
        <w:spacing w:after="0" w:before="0"/>
        <w:jc w:val="right"/>
      </w:pPr>
      <w:r>
        <w:rPr>
          <w:b w:val="0"/>
        </w:rPr>
        <w:t xml:space="preserve">社員番号:                        </w:t>
      </w:r>
    </w:p>
    <w:p>
      <w:pPr>
        <w:spacing w:after="200" w:before="0"/>
        <w:jc w:val="right"/>
      </w:pPr>
      <w:r>
        <w:rPr>
          <w:b w:val="0"/>
        </w:rPr>
        <w:t>氏名:                         印</w:t>
      </w:r>
    </w:p>
    <w:p>
      <w:pPr>
        <w:spacing w:after="120" w:before="0"/>
      </w:pPr>
      <w:r>
        <w:rPr>
          <w:b w:val="0"/>
        </w:rPr>
        <w:t>このたび、下記のとおり住所を変更しましたので届け出ます。</w:t>
      </w:r>
    </w:p>
    <w:p>
      <w:pPr>
        <w:spacing w:after="120" w:before="0"/>
        <w:jc w:val="center"/>
      </w:pPr>
      <w:r>
        <w:rPr>
          <w:b w:val="0"/>
        </w:rPr>
        <w:t>記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住所を変更した日</w:t>
              <w:br/>
              <w:t>(転居した日)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令和      年      月      日</w:t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新しい住所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〒</w:t>
              <w:br/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フリガナ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新しい電話番号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前の住所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〒</w:t>
              <w:br/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世帯主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□本人  □本人以外(続柄:        )</w:t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同居する家族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□いっしょに転居(扶養家族     名)  □変更なし</w:t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通勤経路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□変わる(通勤経路届を出します)  □変わらない</w:t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緊急連絡先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□変更あり(                    )  □変更なし</w:t>
            </w:r>
          </w:p>
        </w:tc>
      </w:tr>
      <w:tr>
        <w:trPr>
          <w:trHeight w:val="567"/>
        </w:trPr>
        <w:tc>
          <w:tcPr>
            <w:tcW w:type="dxa" w:w="2381"/>
            <w:shd w:val="clear" w:color="auto" w:fill="DDEFE4"/>
          </w:tcPr>
          <w:p>
            <w:r/>
            <w:r>
              <w:rPr>
                <w:b/>
                <w:sz w:val="20"/>
              </w:rPr>
              <w:t>添付する書類</w:t>
            </w:r>
          </w:p>
        </w:tc>
        <w:tc>
          <w:tcPr>
            <w:tcW w:type="dxa" w:w="7030"/>
          </w:tcPr>
          <w:p>
            <w:r/>
            <w:r>
              <w:rPr>
                <w:sz w:val="20"/>
              </w:rPr>
              <w:t>□住民票の写し(会社が求めるとき)  □なし</w:t>
            </w:r>
          </w:p>
        </w:tc>
      </w:tr>
    </w:tbl>
    <w:p>
      <w:pPr>
        <w:spacing w:after="240" w:before="120"/>
        <w:jc w:val="right"/>
      </w:pPr>
      <w:r>
        <w:rPr>
          <w:b w:val="0"/>
        </w:rPr>
        <w:t>以上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rPr>
          <w:trHeight w:val="397"/>
        </w:trPr>
        <w:tc>
          <w:tcPr>
            <w:tcW w:type="dxa" w:w="1587"/>
            <w:shd w:val="clear" w:color="auto" w:fill="1B7A43"/>
          </w:tcPr>
          <w:p>
            <w:pPr>
              <w:jc w:val="center"/>
            </w:pPr>
            <w:r/>
            <w:r>
              <w:rPr>
                <w:b/>
                <w:color w:val="FFFFFF"/>
                <w:sz w:val="18"/>
              </w:rPr>
              <w:t>受付</w:t>
            </w:r>
          </w:p>
        </w:tc>
        <w:tc>
          <w:tcPr>
            <w:tcW w:type="dxa" w:w="7824"/>
            <w:shd w:val="clear" w:color="auto" w:fill="1B7A43"/>
          </w:tcPr>
          <w:p>
            <w:pPr>
              <w:jc w:val="center"/>
            </w:pPr>
            <w:r/>
            <w:r>
              <w:rPr>
                <w:b/>
                <w:color w:val="FFFFFF"/>
                <w:sz w:val="18"/>
              </w:rPr>
              <w:t>処理(会社記入)</w:t>
            </w:r>
          </w:p>
        </w:tc>
      </w:tr>
      <w:tr>
        <w:trPr>
          <w:trHeight w:val="907"/>
        </w:trPr>
        <w:tc>
          <w:tcPr>
            <w:tcW w:type="dxa" w:w="1587"/>
          </w:tcPr>
          <w:p>
            <w:r/>
            <w:r>
              <w:rPr>
                <w:sz w:val="18"/>
              </w:rPr>
            </w:r>
          </w:p>
        </w:tc>
        <w:tc>
          <w:tcPr>
            <w:tcW w:type="dxa" w:w="7824"/>
          </w:tcPr>
          <w:p>
            <w:r/>
            <w:r>
              <w:rPr>
                <w:sz w:val="18"/>
              </w:rPr>
              <w:t>□社会保険  □住民税  □通勤手当  □社員名簿  □緊急連絡先</w:t>
            </w:r>
          </w:p>
        </w:tc>
      </w:tr>
    </w:tbl>
    <w:p>
      <w:pPr>
        <w:spacing w:after="0" w:before="280"/>
        <w:jc w:val="right"/>
      </w:pPr>
      <w:r>
        <w:rPr>
          <w:b w:val="0"/>
          <w:color w:val="888888"/>
          <w:sz w:val="16"/>
        </w:rPr>
        <w:t>もてなしお motenashio.com</w:t>
      </w:r>
    </w:p>
    <w:sectPr w:rsidR="00FC693F" w:rsidRPr="0006063C" w:rsidSect="00034616">
      <w:pgSz w:w="11906" w:h="16838"/>
      <w:pgMar w:top="907" w:right="1247" w:bottom="90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312" w:lineRule="auto"/>
    </w:pPr>
    <w:rPr>
      <w:rFonts w:ascii="游ゴシック" w:hAnsi="游ゴシック" w:eastAsia="游ゴシック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