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right"/>
      </w:pPr>
      <w:r>
        <w:rPr>
          <w:b w:val="0"/>
        </w:rPr>
        <w:t>令和○年○月○日</w:t>
      </w:r>
    </w:p>
    <w:p>
      <w:pPr>
        <w:spacing w:after="40"/>
      </w:pPr>
      <w:r>
        <w:rPr>
          <w:b w:val="0"/>
        </w:rPr>
        <w:t>株式会社○○○○ 御中</w:t>
      </w:r>
    </w:p>
    <w:p>
      <w:pPr>
        <w:spacing w:after="0"/>
        <w:jc w:val="right"/>
      </w:pPr>
      <w:r>
        <w:rPr>
          <w:b w:val="0"/>
        </w:rPr>
        <w:t>株式会社○○○○</w:t>
      </w:r>
    </w:p>
    <w:p>
      <w:pPr>
        <w:spacing w:after="0"/>
        <w:jc w:val="right"/>
      </w:pPr>
      <w:r>
        <w:rPr>
          <w:b w:val="0"/>
        </w:rPr>
        <w:t>代表取締役 ○○ ○○</w:t>
      </w:r>
    </w:p>
    <w:p>
      <w:pPr>
        <w:spacing w:after="120"/>
      </w:pPr>
      <w:r>
        <w:rPr>
          <w:b w:val="0"/>
        </w:rPr>
      </w:r>
    </w:p>
    <w:p>
      <w:pPr>
        <w:spacing w:after="240"/>
        <w:jc w:val="center"/>
      </w:pPr>
      <w:r>
        <w:rPr>
          <w:b/>
          <w:color w:val="1B7A43"/>
          <w:sz w:val="32"/>
        </w:rPr>
        <w:t>価格改定のお願い</w:t>
      </w:r>
    </w:p>
    <w:p>
      <w:pPr>
        <w:spacing w:after="120"/>
        <w:ind w:firstLine="210"/>
      </w:pPr>
      <w:r>
        <w:rPr>
          <w:b w:val="0"/>
        </w:rPr>
        <w:t>拝啓 貴社ますますご清栄のこととお喜び申し上げます。平素は格別のお引き立てを賜り、厚く御礼申し上げます。</w:t>
      </w:r>
    </w:p>
    <w:p>
      <w:pPr>
        <w:spacing w:after="120"/>
        <w:ind w:firstLine="210"/>
      </w:pPr>
      <w:r>
        <w:rPr>
          <w:b w:val="0"/>
        </w:rPr>
        <w:t>さて、弊社では原材料費、エネルギー費、物流費の上昇が続くなか、経費の削減と業務の効率化により、価格の維持に努めてまいりました。しかしながら、企業努力だけでは現在の価格を保つことが難しくなりました。</w:t>
      </w:r>
    </w:p>
    <w:p>
      <w:pPr>
        <w:spacing w:after="120"/>
        <w:ind w:firstLine="210"/>
      </w:pPr>
      <w:r>
        <w:rPr>
          <w:b w:val="0"/>
        </w:rPr>
        <w:t>つきましては、誠に心苦しいかぎりではございますが、下記のとおり価格を改定させていただきたく、お願い申し上げます。</w:t>
      </w:r>
    </w:p>
    <w:p>
      <w:pPr>
        <w:spacing w:after="120"/>
        <w:ind w:firstLine="210"/>
      </w:pPr>
      <w:r>
        <w:rPr>
          <w:b w:val="0"/>
        </w:rPr>
        <w:t>今後とも品質とサービスの向上に努めてまいりますので、何とぞご理解を賜りますよう、お願い申し上げます。</w:t>
      </w:r>
    </w:p>
    <w:p>
      <w:pPr>
        <w:spacing w:after="160"/>
        <w:jc w:val="right"/>
      </w:pPr>
      <w:r>
        <w:rPr>
          <w:b w:val="0"/>
        </w:rPr>
        <w:t>敬具</w:t>
      </w:r>
    </w:p>
    <w:p>
      <w:pPr>
        <w:spacing w:after="120"/>
        <w:jc w:val="center"/>
      </w:pPr>
      <w:r>
        <w:rPr>
          <w:b w:val="0"/>
        </w:rPr>
        <w:t>記</w:t>
      </w:r>
    </w:p>
    <w:p>
      <w:pPr>
        <w:spacing w:after="60"/>
      </w:pPr>
      <w:r>
        <w:rPr>
          <w:b w:val="0"/>
        </w:rPr>
        <w:t>対象の商品:○○○○ ほか(別紙の価格表をご覧ください)</w:t>
      </w:r>
    </w:p>
    <w:p>
      <w:pPr>
        <w:spacing w:after="60"/>
      </w:pPr>
      <w:r>
        <w:rPr>
          <w:b w:val="0"/>
        </w:rPr>
        <w:t>改定の内容:現行価格より平均○%の値上げ</w:t>
      </w:r>
    </w:p>
    <w:p>
      <w:pPr>
        <w:spacing w:after="60"/>
      </w:pPr>
      <w:r>
        <w:rPr>
          <w:b w:val="0"/>
        </w:rPr>
        <w:t>改定の時期:令和○年○月○日 出荷分より</w:t>
      </w:r>
    </w:p>
    <w:p>
      <w:pPr>
        <w:spacing w:after="60"/>
      </w:pPr>
      <w:r>
        <w:rPr>
          <w:b w:val="0"/>
        </w:rPr>
        <w:t>お問い合わせ:営業部 ○○(電話 00-0000-0000)</w:t>
      </w:r>
    </w:p>
    <w:p>
      <w:pPr>
        <w:spacing w:after="0"/>
        <w:jc w:val="right"/>
      </w:pPr>
      <w:r>
        <w:rPr>
          <w:b w:val="0"/>
        </w:rPr>
        <w:t>以上</w:t>
      </w:r>
      <w:r>
        <w:br w:type="page"/>
      </w:r>
    </w:p>
    <w:p>
      <w:pPr>
        <w:spacing w:after="480"/>
      </w:pPr>
      <w:r>
        <w:rPr>
          <w:b w:val="0"/>
        </w:rPr>
      </w:r>
    </w:p>
    <w:p>
      <w:pPr>
        <w:spacing w:after="480"/>
        <w:jc w:val="center"/>
      </w:pPr>
      <w:r>
        <w:rPr>
          <w:b/>
          <w:color w:val="1B7A43"/>
          <w:sz w:val="68"/>
        </w:rPr>
        <w:t>価格改定のお知らせ</w:t>
      </w:r>
    </w:p>
    <w:p>
      <w:pPr>
        <w:spacing w:after="80"/>
        <w:jc w:val="center"/>
      </w:pPr>
      <w:r>
        <w:rPr>
          <w:b w:val="0"/>
          <w:sz w:val="32"/>
        </w:rPr>
        <w:t>いつも当店をご利用いただき、</w:t>
      </w:r>
    </w:p>
    <w:p>
      <w:pPr>
        <w:spacing w:after="80"/>
        <w:jc w:val="center"/>
      </w:pPr>
      <w:r>
        <w:rPr>
          <w:b w:val="0"/>
          <w:sz w:val="32"/>
        </w:rPr>
        <w:t>誠にありがとうございます。</w:t>
      </w:r>
    </w:p>
    <w:p>
      <w:pPr>
        <w:spacing w:after="80"/>
        <w:jc w:val="center"/>
      </w:pPr>
      <w:r>
        <w:rPr>
          <w:b w:val="0"/>
          <w:sz w:val="32"/>
        </w:rPr>
      </w:r>
    </w:p>
    <w:p>
      <w:pPr>
        <w:spacing w:after="80"/>
        <w:jc w:val="center"/>
      </w:pPr>
      <w:r>
        <w:rPr>
          <w:b w:val="0"/>
          <w:sz w:val="32"/>
        </w:rPr>
        <w:t>原材料費などの高騰により、</w:t>
      </w:r>
    </w:p>
    <w:p>
      <w:pPr>
        <w:spacing w:after="80"/>
        <w:jc w:val="center"/>
      </w:pPr>
      <w:r>
        <w:rPr>
          <w:b w:val="0"/>
          <w:sz w:val="32"/>
        </w:rPr>
        <w:t>令和○年○月○日より、</w:t>
      </w:r>
    </w:p>
    <w:p>
      <w:pPr>
        <w:spacing w:after="80"/>
        <w:jc w:val="center"/>
      </w:pPr>
      <w:r>
        <w:rPr>
          <w:b w:val="0"/>
          <w:sz w:val="32"/>
        </w:rPr>
        <w:t>一部商品の価格を改定いたします。</w:t>
      </w:r>
    </w:p>
    <w:p>
      <w:pPr>
        <w:spacing w:after="80"/>
        <w:jc w:val="center"/>
      </w:pPr>
      <w:r>
        <w:rPr>
          <w:b w:val="0"/>
          <w:sz w:val="32"/>
        </w:rPr>
      </w:r>
    </w:p>
    <w:p>
      <w:pPr>
        <w:spacing w:after="80"/>
        <w:jc w:val="center"/>
      </w:pPr>
      <w:r>
        <w:rPr>
          <w:b w:val="0"/>
          <w:sz w:val="32"/>
        </w:rPr>
        <w:t>ご理解のほど、よろしくお願い申し上げます。</w:t>
      </w:r>
    </w:p>
    <w:p>
      <w:pPr>
        <w:spacing w:after="400"/>
      </w:pPr>
      <w:r>
        <w:rPr>
          <w:b w:val="0"/>
        </w:rPr>
      </w:r>
    </w:p>
    <w:p>
      <w:pPr>
        <w:spacing w:after="80"/>
        <w:jc w:val="center"/>
      </w:pPr>
      <w:r>
        <w:rPr>
          <w:b w:val="0"/>
          <w:sz w:val="28"/>
        </w:rPr>
        <w:t>○○○○(店名)</w:t>
      </w:r>
    </w:p>
    <w:p>
      <w:pPr>
        <w:spacing w:after="80"/>
        <w:jc w:val="center"/>
      </w:pPr>
      <w:r>
        <w:rPr>
          <w:b w:val="0"/>
          <w:sz w:val="28"/>
        </w:rPr>
        <w:t>店主</w:t>
      </w:r>
    </w:p>
    <w:sectPr w:rsidR="00FC693F" w:rsidRPr="0006063C" w:rsidSect="00034616"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48" w:lineRule="auto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