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40"/>
      </w:pPr>
      <w:r>
        <w:rPr>
          <w:b w:val="0"/>
        </w:rPr>
        <w:t>○○部の皆さま</w:t>
      </w:r>
    </w:p>
    <w:p>
      <w:pPr>
        <w:spacing w:after="160"/>
        <w:jc w:val="right"/>
      </w:pPr>
      <w:r>
        <w:rPr>
          <w:b w:val="0"/>
        </w:rPr>
        <w:t>幹事 ○○ ○○</w:t>
      </w:r>
    </w:p>
    <w:p>
      <w:pPr>
        <w:spacing w:after="200"/>
        <w:jc w:val="center"/>
      </w:pPr>
      <w:r>
        <w:rPr>
          <w:b/>
          <w:color w:val="1B7A43"/>
          <w:sz w:val="36"/>
        </w:rPr>
        <w:t>歓迎会のご案内</w:t>
      </w:r>
    </w:p>
    <w:p>
      <w:pPr>
        <w:spacing w:after="120"/>
        <w:ind w:firstLine="210"/>
      </w:pPr>
      <w:r>
        <w:rPr>
          <w:b w:val="0"/>
        </w:rPr>
        <w:t>日ごろより、お疲れさまです。</w:t>
      </w:r>
    </w:p>
    <w:p>
      <w:pPr>
        <w:spacing w:after="120"/>
        <w:ind w:firstLine="210"/>
      </w:pPr>
      <w:r>
        <w:rPr>
          <w:b w:val="0"/>
        </w:rPr>
        <w:t>このたび、○○部に新しい仲間が加わりました。</w:t>
      </w:r>
    </w:p>
    <w:p>
      <w:pPr>
        <w:spacing w:after="120"/>
        <w:ind w:firstLine="210"/>
      </w:pPr>
      <w:r>
        <w:rPr>
          <w:b w:val="0"/>
        </w:rPr>
        <w:t>つきましては、親睦を深めるため、下記のとおり歓迎会を開きます。お忙しいところ恐縮ですが、ぜひご参加ください。</w:t>
      </w:r>
    </w:p>
    <w:p>
      <w:pPr>
        <w:spacing w:after="120"/>
        <w:jc w:val="center"/>
      </w:pPr>
      <w:r>
        <w:rPr>
          <w:b w:val="0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日時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令和○年○月○日(○) 午後○時〜午後○時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場所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○○○○(○○駅 ○口から徒歩○分)</w:t>
              <w:br/>
              <w:t>電話 00-0000-0000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会費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○,○○○円(新しく入った方は無料です)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歓迎する方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○○ ○○さん、○○ ○○さん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幹事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○○部 ○○ ○○(内線 ○○○)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 w:val="0"/>
        </w:rPr>
        <w:t>出欠は、下の票に書いて、令和○年○月○日(○)までに幹事の○○まで提出してください。</w:t>
      </w:r>
    </w:p>
    <w:p>
      <w:pPr>
        <w:spacing w:after="200"/>
        <w:jc w:val="right"/>
      </w:pPr>
      <w:r>
        <w:rPr>
          <w:b w:val="0"/>
        </w:rPr>
        <w:t>以上</w:t>
      </w:r>
    </w:p>
    <w:p>
      <w:pPr>
        <w:spacing w:after="160"/>
        <w:jc w:val="center"/>
      </w:pPr>
      <w:r>
        <w:rPr>
          <w:b w:val="0"/>
          <w:sz w:val="18"/>
        </w:rPr>
        <w:t>- - - - - - - - - - - - - - - - - - - - (切り取り線) - - - - - - - - - - - - - - - - - - - -</w:t>
      </w:r>
    </w:p>
    <w:p>
      <w:pPr>
        <w:spacing w:after="120"/>
        <w:jc w:val="center"/>
      </w:pPr>
      <w:r>
        <w:rPr>
          <w:b/>
          <w:sz w:val="26"/>
        </w:rPr>
        <w:t>歓迎会のご案内 出欠票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お名前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所属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出欠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出席  ・  欠席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二次会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t>参加する  ・  参加しない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  <w:sz w:val="21"/>
              </w:rPr>
              <w:t>ひとこと</w:t>
            </w:r>
          </w:p>
        </w:tc>
        <w:tc>
          <w:tcPr>
            <w:tcW w:type="dxa" w:w="6520"/>
          </w:tcPr>
          <w:p>
            <w:r/>
            <w:r>
              <w:rPr>
                <w:sz w:val="21"/>
              </w:rPr>
              <w:br/>
            </w:r>
          </w:p>
        </w:tc>
      </w:tr>
    </w:tbl>
    <w:sectPr w:rsidR="00FC693F" w:rsidRPr="0006063C" w:rsidSect="00034616">
      <w:pgSz w:w="11906" w:h="16838"/>
      <w:pgMar w:top="850" w:right="1417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