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44"/>
        </w:rPr>
        <w:t>休職届</w:t>
      </w:r>
    </w:p>
    <w:p>
      <w:pPr>
        <w:spacing w:after="120"/>
        <w:jc w:val="right"/>
      </w:pPr>
      <w:r>
        <w:rPr>
          <w:b w:val="0"/>
        </w:rPr>
        <w:t>令和○年○月○日</w:t>
      </w:r>
    </w:p>
    <w:p>
      <w:pPr>
        <w:spacing w:after="200"/>
      </w:pPr>
      <w:r>
        <w:rPr>
          <w:b w:val="0"/>
        </w:rPr>
        <w:t>株式会社○○○○</w:t>
        <w:br/>
        <w:t>代表取締役 ○○ ○○ 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所属</w:t>
            </w:r>
          </w:p>
        </w:tc>
        <w:tc>
          <w:tcPr>
            <w:tcW w:type="dxa" w:w="5102"/>
          </w:tcPr>
          <w:p>
            <w:r/>
            <w:r>
              <w:rPr>
                <w:sz w:val="21"/>
              </w:rPr>
              <w:t>○○部 ○○課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社員番号</w:t>
            </w:r>
          </w:p>
        </w:tc>
        <w:tc>
          <w:tcPr>
            <w:tcW w:type="dxa" w:w="5102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氏名</w:t>
            </w:r>
          </w:p>
        </w:tc>
        <w:tc>
          <w:tcPr>
            <w:tcW w:type="dxa" w:w="5102"/>
          </w:tcPr>
          <w:p>
            <w:r/>
            <w:r>
              <w:rPr>
                <w:sz w:val="21"/>
              </w:rPr>
              <w:t xml:space="preserve">                                       印</w:t>
            </w:r>
          </w:p>
        </w:tc>
      </w:tr>
    </w:tbl>
    <w:p>
      <w:pPr>
        <w:spacing w:after="160"/>
      </w:pPr>
      <w:r>
        <w:rPr>
          <w:b w:val="0"/>
        </w:rPr>
      </w:r>
    </w:p>
    <w:p>
      <w:pPr>
        <w:spacing w:after="160"/>
      </w:pPr>
      <w:r>
        <w:rPr>
          <w:b w:val="0"/>
        </w:rPr>
        <w:t>私は、下記の理由により休職したいので、お届けします。</w:t>
      </w:r>
    </w:p>
    <w:p>
      <w:pPr>
        <w:spacing w:after="12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休職の期間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令和○年○月○日 から 令和○年○月○日 まで(○か月)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休職の理由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□ 病気・けがの療養</w:t>
              <w:br/>
              <w:t>□ 家族の介護</w:t>
              <w:br/>
              <w:t>□ 留学・自己啓発</w:t>
              <w:br/>
              <w:t>□ その他(                                   )</w:t>
              <w:br/>
              <w:t>(くわしい内容)</w:t>
              <w:br/>
              <w:br/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添付する書類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□ 医師の診断書  □ その他(                    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休職中の連絡先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住所:</w:t>
              <w:br/>
              <w:t>電話:</w:t>
              <w:br/>
              <w:t>メール: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業務の引き継ぎ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t>引継ぎ先:○○ ○○  □ 引継書を作成済み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備考</w:t>
            </w:r>
          </w:p>
        </w:tc>
        <w:tc>
          <w:tcPr>
            <w:tcW w:type="dxa" w:w="7087"/>
          </w:tcPr>
          <w:p>
            <w:r/>
            <w:r>
              <w:rPr>
                <w:sz w:val="21"/>
              </w:rPr>
              <w:br/>
            </w:r>
          </w:p>
        </w:tc>
      </w:tr>
    </w:tbl>
    <w:p>
      <w:pPr>
        <w:spacing w:after="200"/>
        <w:jc w:val="right"/>
      </w:pPr>
      <w:r>
        <w:rPr>
          <w:b w:val="0"/>
        </w:rPr>
        <w:t>以上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受付日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21"/>
              </w:rPr>
              <w:t>所属長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21"/>
              </w:rPr>
              <w:t>人事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21"/>
              </w:rPr>
              <w:t>承認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1"/>
              </w:rPr>
              <w:br/>
              <w:br/>
            </w:r>
          </w:p>
        </w:tc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游明朝" w:hAnsi="游明朝" w:eastAsia="游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