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color w:val="1B7A43"/>
          <w:sz w:val="26"/>
        </w:rPr>
        <w:t>のし袋の短冊(表書き)と中袋の書き方の見本</w:t>
      </w:r>
    </w:p>
    <w:p>
      <w:pPr>
        <w:spacing w:after="160" w:before="0"/>
      </w:pPr>
      <w:r>
        <w:rPr>
          <w:b w:val="0"/>
          <w:sz w:val="19"/>
        </w:rPr>
        <w:t>上の短冊の名前を打ちかえて印刷し、線で切ってのし袋の水引の下にはさみます。短冊の長さは、のし袋に合わせて切ってください。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7654"/>
        </w:trPr>
        <w:tc>
          <w:tcPr>
            <w:tcW w:type="dxa" w:w="2268"/>
            <w:textDirection w:val="tbRl"/>
          </w:tcPr>
          <w:p>
            <w:pPr>
              <w:spacing w:before="200"/>
            </w:pPr>
            <w:r/>
            <w:r>
              <w:rPr>
                <w:sz w:val="52"/>
              </w:rPr>
              <w:t>御祝</w:t>
            </w:r>
            <w:r>
              <w:rPr>
                <w:sz w:val="40"/>
              </w:rPr>
              <w:t xml:space="preserve">　　　　　　　　　</w:t>
            </w:r>
            <w:r>
              <w:rPr>
                <w:sz w:val="40"/>
              </w:rPr>
              <w:t>○○ ○○</w:t>
            </w:r>
          </w:p>
        </w:tc>
        <w:tc>
          <w:tcPr>
            <w:tcW w:type="dxa" w:w="2268"/>
            <w:textDirection w:val="tbRl"/>
          </w:tcPr>
          <w:p>
            <w:pPr>
              <w:spacing w:before="200"/>
            </w:pPr>
            <w:r/>
            <w:r>
              <w:rPr>
                <w:sz w:val="52"/>
              </w:rPr>
              <w:t>御結婚御祝</w:t>
            </w:r>
            <w:r>
              <w:rPr>
                <w:sz w:val="40"/>
              </w:rPr>
              <w:t xml:space="preserve">　　　　　</w:t>
            </w:r>
            <w:r>
              <w:rPr>
                <w:sz w:val="40"/>
              </w:rPr>
              <w:t>○○ ○○</w:t>
            </w:r>
          </w:p>
        </w:tc>
        <w:tc>
          <w:tcPr>
            <w:tcW w:type="dxa" w:w="2268"/>
            <w:textDirection w:val="tbRl"/>
          </w:tcPr>
          <w:p>
            <w:pPr>
              <w:spacing w:before="200"/>
            </w:pPr>
            <w:r/>
            <w:r>
              <w:rPr>
                <w:sz w:val="52"/>
              </w:rPr>
              <w:t>御霊前</w:t>
            </w:r>
            <w:r>
              <w:rPr>
                <w:sz w:val="40"/>
              </w:rPr>
              <w:t xml:space="preserve">　　　　　　　　</w:t>
            </w:r>
            <w:r>
              <w:rPr>
                <w:sz w:val="40"/>
              </w:rPr>
              <w:t>○○ ○○</w:t>
            </w:r>
          </w:p>
        </w:tc>
        <w:tc>
          <w:tcPr>
            <w:tcW w:type="dxa" w:w="2268"/>
            <w:textDirection w:val="tbRl"/>
          </w:tcPr>
          <w:p>
            <w:pPr>
              <w:spacing w:before="200"/>
            </w:pPr>
            <w:r/>
            <w:r>
              <w:rPr>
                <w:sz w:val="52"/>
              </w:rPr>
              <w:t>寸志</w:t>
            </w:r>
            <w:r>
              <w:rPr>
                <w:sz w:val="40"/>
              </w:rPr>
              <w:t xml:space="preserve">　　　　　　　　　</w:t>
            </w:r>
            <w:r>
              <w:rPr>
                <w:sz w:val="40"/>
              </w:rPr>
              <w:t>○○ ○○</w:t>
            </w:r>
          </w:p>
        </w:tc>
      </w:tr>
    </w:tbl>
    <w:p>
      <w:r>
        <w:br w:type="page"/>
      </w:r>
    </w:p>
    <w:p>
      <w:pPr>
        <w:spacing w:after="120" w:before="0"/>
        <w:jc w:val="center"/>
      </w:pPr>
      <w:r>
        <w:rPr>
          <w:b/>
          <w:color w:val="1B7A43"/>
          <w:sz w:val="26"/>
        </w:rPr>
        <w:t>中袋の書き方の見本</w:t>
      </w:r>
    </w:p>
    <w:p>
      <w:pPr>
        <w:spacing w:after="160" w:before="0"/>
      </w:pPr>
      <w:r>
        <w:rPr>
          <w:b w:val="0"/>
          <w:sz w:val="19"/>
        </w:rPr>
        <w:t>中袋(または中包み)の表に金額、裏に住所と名前を書きます。金額は「壱・弐・参・萬・圓」などの漢字(大字)で書くのがていねいです。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8504"/>
        </w:trPr>
        <w:tc>
          <w:tcPr>
            <w:tcW w:type="dxa" w:w="4252"/>
            <w:textDirection w:val="tbRl"/>
          </w:tcPr>
          <w:p>
            <w:pPr>
              <w:jc w:val="right"/>
            </w:pPr>
            <w:r/>
            <w:r>
              <w:rPr>
                <w:sz w:val="24"/>
              </w:rPr>
              <w:t>〒○○○-○○○○</w:t>
            </w:r>
          </w:p>
          <w:p>
            <w:pPr>
              <w:jc w:val="right"/>
            </w:pPr>
            <w:r>
              <w:rPr>
                <w:sz w:val="24"/>
              </w:rPr>
              <w:t>○○県○○市○○町</w:t>
            </w:r>
          </w:p>
          <w:p>
            <w:pPr>
              <w:jc w:val="right"/>
            </w:pPr>
            <w:r>
              <w:rPr>
                <w:sz w:val="24"/>
              </w:rPr>
              <w:t>○丁目○番○号</w:t>
            </w:r>
          </w:p>
          <w:p>
            <w:pPr>
              <w:jc w:val="right"/>
            </w:pPr>
            <w:r>
              <w:rPr>
                <w:sz w:val="24"/>
              </w:rPr>
              <w:t>○○ ○○</w:t>
            </w:r>
          </w:p>
        </w:tc>
        <w:tc>
          <w:tcPr>
            <w:tcW w:type="dxa" w:w="4252"/>
            <w:textDirection w:val="tbRl"/>
          </w:tcPr>
          <w:p>
            <w:pPr>
              <w:jc w:val="center"/>
            </w:pPr>
            <w:r/>
            <w:r>
              <w:rPr>
                <w:sz w:val="48"/>
              </w:rPr>
              <w:t>金 壱萬圓也</w:t>
            </w:r>
          </w:p>
        </w:tc>
      </w:tr>
    </w:tbl>
    <w:p>
      <w:pPr>
        <w:spacing w:after="0" w:before="80"/>
        <w:jc w:val="center"/>
      </w:pPr>
      <w:r>
        <w:rPr>
          <w:b w:val="0"/>
          <w:sz w:val="19"/>
        </w:rPr>
        <w:t>左:中袋の裏(住所・名前)  右:中袋の表(金額)</w:t>
      </w:r>
    </w:p>
    <w:p>
      <w:pPr>
        <w:spacing w:after="0" w:before="80"/>
        <w:jc w:val="right"/>
      </w:pPr>
      <w:r>
        <w:rPr>
          <w:b w:val="0"/>
          <w:sz w:val="16"/>
        </w:rPr>
        <w:t>もてなしお motenashio.com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