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拝啓 師走の候 皆様にはますますご清祥のことと</w:t>
      </w:r>
    </w:p>
    <w:p>
      <w:r>
        <w:t>お喜び申し上げます</w:t>
      </w:r>
    </w:p>
    <w:p>
      <w:r>
        <w:t>平素は格別のご厚情を賜り 厚く御礼申し上げます</w:t>
      </w:r>
    </w:p>
    <w:p>
      <w:r>
        <w:t>本日 日ごろの感謝のしるしに心ばかりの品を</w:t>
      </w:r>
    </w:p>
    <w:p>
      <w:r>
        <w:t>お送りいたしました</w:t>
      </w:r>
    </w:p>
    <w:p>
      <w:r>
        <w:t>ご笑納いただければ幸いです</w:t>
      </w:r>
    </w:p>
    <w:p>
      <w:r>
        <w:t>寒さ厳しき折 どうぞご自愛ください</w:t>
      </w:r>
    </w:p>
    <w:p>
      <w:pPr>
        <w:jc w:val="right"/>
      </w:pPr>
      <w:r>
        <w:t>敬具</w:t>
      </w:r>
    </w:p>
    <w:p>
      <w:r>
        <w:t>令和○年十二月</w:t>
      </w:r>
    </w:p>
    <w:p>
      <w:pPr>
        <w:ind w:left="1400"/>
      </w:pPr>
      <w:r>
        <w:t>○○ ○○</w:t>
      </w:r>
      <w:r>
        <w:br w:type="page"/>
      </w:r>
    </w:p>
    <w:p>
      <w:r>
        <w:t>拝啓 師走の候 皆様にはますますご清祥のことと</w:t>
      </w:r>
    </w:p>
    <w:p>
      <w:r>
        <w:t>お喜び申し上げます</w:t>
      </w:r>
    </w:p>
    <w:p>
      <w:r>
        <w:t>このたびは結構なお歳暮の品をお送りいただき</w:t>
      </w:r>
    </w:p>
    <w:p>
      <w:r>
        <w:t>誠にありがとうございました</w:t>
      </w:r>
    </w:p>
    <w:p>
      <w:r>
        <w:t>家族一同 大変喜んでおります</w:t>
      </w:r>
    </w:p>
    <w:p>
      <w:r>
        <w:t>寒さ厳しき折 どうぞご自愛のうえ</w:t>
      </w:r>
    </w:p>
    <w:p>
      <w:r>
        <w:t>よいお年をお迎えください</w:t>
      </w:r>
    </w:p>
    <w:p>
      <w:pPr>
        <w:jc w:val="right"/>
      </w:pPr>
      <w:r>
        <w:t>敬具</w:t>
      </w:r>
    </w:p>
    <w:p>
      <w:r>
        <w:t>令和○年十二月</w:t>
      </w:r>
    </w:p>
    <w:p>
      <w:pPr>
        <w:ind w:left="1400"/>
      </w:pPr>
      <w:r>
        <w:t>○○ ○○</w:t>
      </w:r>
    </w:p>
    <w:sectPr w:rsidR="00FC693F" w:rsidRPr="0006063C" w:rsidSect="00034616">
      <w:pgSz w:w="5669" w:h="8391"/>
      <w:pgMar w:top="680" w:right="567" w:bottom="680" w:left="567" w:header="720" w:footer="720" w:gutter="0"/>
      <w:cols w:space="720"/>
      <w:docGrid w:linePitch="36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80" w:lineRule="exact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