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color w:val="1B7A43"/>
          <w:sz w:val="40"/>
        </w:rPr>
        <w:t>略歴書</w:t>
      </w:r>
    </w:p>
    <w:p>
      <w:pPr>
        <w:spacing w:after="160"/>
        <w:jc w:val="right"/>
      </w:pPr>
      <w:r>
        <w:rPr>
          <w:b w:val="0"/>
        </w:rPr>
        <w:t>令和○年○月○日現在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701"/>
          </w:tcPr>
          <w:p>
            <w:r/>
            <w:r>
              <w:rPr>
                <w:b/>
                <w:sz w:val="21"/>
              </w:rPr>
              <w:t>ふりがな</w:t>
            </w:r>
          </w:p>
        </w:tc>
        <w:tc>
          <w:tcPr>
            <w:tcW w:type="dxa" w:w="7370"/>
          </w:tcPr>
          <w:p>
            <w:r/>
            <w:r>
              <w:rPr>
                <w:sz w:val="21"/>
              </w:rPr>
              <w:t>○○ ○○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sz w:val="21"/>
              </w:rPr>
              <w:t>氏名</w:t>
            </w:r>
          </w:p>
        </w:tc>
        <w:tc>
          <w:tcPr>
            <w:tcW w:type="dxa" w:w="7370"/>
          </w:tcPr>
          <w:p>
            <w:r/>
            <w:r>
              <w:rPr>
                <w:sz w:val="21"/>
              </w:rPr>
              <w:t>○○ ○○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sz w:val="21"/>
              </w:rPr>
              <w:t>生年月日</w:t>
            </w:r>
          </w:p>
        </w:tc>
        <w:tc>
          <w:tcPr>
            <w:tcW w:type="dxa" w:w="7370"/>
          </w:tcPr>
          <w:p>
            <w:r/>
            <w:r>
              <w:rPr>
                <w:sz w:val="21"/>
              </w:rPr>
              <w:t>昭和○年○月○日(満○歳)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sz w:val="21"/>
              </w:rPr>
              <w:t>現住所</w:t>
            </w:r>
          </w:p>
        </w:tc>
        <w:tc>
          <w:tcPr>
            <w:tcW w:type="dxa" w:w="7370"/>
          </w:tcPr>
          <w:p>
            <w:r/>
            <w:r>
              <w:rPr>
                <w:sz w:val="21"/>
              </w:rPr>
              <w:t>〒000-0000 ○○県○○市○○ 0-0-0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b/>
                <w:sz w:val="21"/>
              </w:rPr>
              <w:t>現在の職</w:t>
            </w:r>
          </w:p>
        </w:tc>
        <w:tc>
          <w:tcPr>
            <w:tcW w:type="dxa" w:w="7370"/>
          </w:tcPr>
          <w:p>
            <w:r/>
            <w:r>
              <w:rPr>
                <w:sz w:val="21"/>
              </w:rPr>
              <w:t>株式会社○○ 代表取締役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60"/>
      </w:pPr>
      <w:r>
        <w:rPr>
          <w:b/>
          <w:color w:val="1B7A43"/>
          <w:sz w:val="22"/>
        </w:rPr>
        <w:t>学歴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sz w:val="21"/>
              </w:rPr>
              <w:t>昭和○年○月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○○大学○○学部 卒業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60"/>
      </w:pPr>
      <w:r>
        <w:rPr>
          <w:b/>
          <w:color w:val="1B7A43"/>
          <w:sz w:val="22"/>
        </w:rPr>
        <w:t>職歴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sz w:val="21"/>
              </w:rPr>
              <w:t>平成○年○月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株式会社○○ 入社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1"/>
              </w:rPr>
              <w:t>平成○年○月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同社 ○○部長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1"/>
              </w:rPr>
              <w:t>令和○年○月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株式会社○○ 代表取締役 就任(現在に至る)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60"/>
      </w:pPr>
      <w:r>
        <w:rPr>
          <w:b/>
          <w:color w:val="1B7A43"/>
          <w:sz w:val="22"/>
        </w:rPr>
        <w:t>資格・免許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sz w:val="21"/>
              </w:rPr>
              <w:t>平成○年○月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○○ 取得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60"/>
      </w:pPr>
      <w:r>
        <w:rPr>
          <w:b/>
          <w:color w:val="1B7A43"/>
          <w:sz w:val="22"/>
        </w:rPr>
        <w:t>公職・所属団体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sz w:val="21"/>
              </w:rPr>
              <w:t>令和○年○月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○○協会 理事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60"/>
      </w:pPr>
      <w:r>
        <w:rPr>
          <w:b/>
          <w:color w:val="1B7A43"/>
          <w:sz w:val="22"/>
        </w:rPr>
        <w:t>著書・受賞など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sz w:val="21"/>
              </w:rPr>
              <w:t>令和○年○月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○○賞 受賞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</w:r>
          </w:p>
        </w:tc>
      </w:tr>
    </w:tbl>
    <w:p>
      <w:pPr>
        <w:spacing w:after="160"/>
      </w:pPr>
      <w:r>
        <w:rPr>
          <w:b w:val="0"/>
        </w:rPr>
      </w:r>
    </w:p>
    <w:p>
      <w:pPr>
        <w:spacing w:after="120"/>
      </w:pPr>
      <w:r>
        <w:rPr>
          <w:b w:val="0"/>
        </w:rPr>
        <w:t>上記のとおり相違ありません。</w:t>
      </w:r>
    </w:p>
    <w:p>
      <w:pPr>
        <w:spacing w:after="0"/>
        <w:jc w:val="right"/>
      </w:pPr>
      <w:r>
        <w:rPr>
          <w:b w:val="0"/>
        </w:rPr>
        <w:t>氏名 ○○ ○○</w:t>
      </w:r>
    </w:p>
    <w:sectPr w:rsidR="00FC693F" w:rsidRPr="0006063C" w:rsidSect="00034616">
      <w:pgSz w:w="11906" w:h="16838"/>
      <w:pgMar w:top="794" w:right="1417" w:bottom="79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