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</w:rPr>
        <w:t>令和○年○月○日</w:t>
      </w:r>
    </w:p>
    <w:p>
      <w:pPr>
        <w:spacing w:after="80"/>
      </w:pPr>
      <w:r>
        <w:rPr>
          <w:b w:val="0"/>
        </w:rPr>
        <w:t>社員各位</w:t>
      </w:r>
    </w:p>
    <w:p>
      <w:pPr>
        <w:spacing w:after="280"/>
        <w:jc w:val="right"/>
      </w:pPr>
      <w:r>
        <w:rPr>
          <w:b w:val="0"/>
        </w:rPr>
        <w:t>○○部 幹事 ○○</w:t>
      </w:r>
    </w:p>
    <w:p>
      <w:pPr>
        <w:spacing w:after="280"/>
        <w:jc w:val="center"/>
      </w:pPr>
      <w:r>
        <w:rPr>
          <w:b/>
          <w:color w:val="1B7A43"/>
          <w:sz w:val="40"/>
        </w:rPr>
        <w:t>新年会のご案内</w:t>
      </w:r>
    </w:p>
    <w:p>
      <w:pPr>
        <w:spacing w:after="40"/>
      </w:pPr>
      <w:r>
        <w:rPr>
          <w:b w:val="0"/>
        </w:rPr>
        <w:t>新しい年を迎え、皆さまにはますますご活躍のことと存じます。</w:t>
      </w:r>
    </w:p>
    <w:p>
      <w:pPr>
        <w:spacing w:after="240"/>
      </w:pPr>
      <w:r>
        <w:rPr>
          <w:b w:val="0"/>
        </w:rPr>
        <w:t>さて、下記のとおり新年会を開催いたします。日ごろの労をねぎらい、新しい年の親睦を深める機会ですので、ぜひご参加ください。</w:t>
      </w:r>
    </w:p>
    <w:p>
      <w:pPr>
        <w:spacing w:after="160"/>
        <w:jc w:val="center"/>
      </w:pPr>
      <w:r>
        <w:rPr>
          <w:b w:val="0"/>
        </w:rPr>
        <w:t>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1984"/>
          </w:tcPr>
          <w:p>
            <w:r>
              <w:t>日時</w:t>
            </w:r>
          </w:p>
        </w:tc>
        <w:tc>
          <w:tcPr>
            <w:tcW w:type="dxa" w:w="7087"/>
          </w:tcPr>
          <w:p>
            <w:r>
              <w:t>令和○年1月○日(○) ○時○分〜○時○分</w:t>
            </w:r>
          </w:p>
        </w:tc>
      </w:tr>
      <w:tr>
        <w:tc>
          <w:tcPr>
            <w:tcW w:type="dxa" w:w="1984"/>
          </w:tcPr>
          <w:p>
            <w:r>
              <w:t>場所</w:t>
            </w:r>
          </w:p>
        </w:tc>
        <w:tc>
          <w:tcPr>
            <w:tcW w:type="dxa" w:w="7087"/>
          </w:tcPr>
          <w:p>
            <w:r>
              <w:t>○○○○(○○駅から徒歩○分)</w:t>
            </w:r>
          </w:p>
        </w:tc>
      </w:tr>
      <w:tr>
        <w:tc>
          <w:tcPr>
            <w:tcW w:type="dxa" w:w="1984"/>
          </w:tcPr>
          <w:p>
            <w:r>
              <w:t>住所・電話</w:t>
            </w:r>
          </w:p>
        </w:tc>
        <w:tc>
          <w:tcPr>
            <w:tcW w:type="dxa" w:w="7087"/>
          </w:tcPr>
          <w:p>
            <w:r>
              <w:t>○○市○○ ○-○-○ / ○○-○○○○-○○○○</w:t>
            </w:r>
          </w:p>
        </w:tc>
      </w:tr>
      <w:tr>
        <w:tc>
          <w:tcPr>
            <w:tcW w:type="dxa" w:w="1984"/>
          </w:tcPr>
          <w:p>
            <w:r>
              <w:t>会費</w:t>
            </w:r>
          </w:p>
        </w:tc>
        <w:tc>
          <w:tcPr>
            <w:tcW w:type="dxa" w:w="7087"/>
          </w:tcPr>
          <w:p>
            <w:r>
              <w:t>○,○○○円(当日、受付でお願いします)</w:t>
            </w:r>
          </w:p>
        </w:tc>
      </w:tr>
      <w:tr>
        <w:tc>
          <w:tcPr>
            <w:tcW w:type="dxa" w:w="1984"/>
          </w:tcPr>
          <w:p>
            <w:r>
              <w:t>出欠の締切</w:t>
            </w:r>
          </w:p>
        </w:tc>
        <w:tc>
          <w:tcPr>
            <w:tcW w:type="dxa" w:w="7087"/>
          </w:tcPr>
          <w:p>
            <w:r>
              <w:t>○月○日(○)</w:t>
            </w:r>
          </w:p>
        </w:tc>
      </w:tr>
    </w:tbl>
    <w:p>
      <w:pPr>
        <w:spacing w:after="160"/>
      </w:pPr>
      <w:r>
        <w:rPr>
          <w:b w:val="0"/>
        </w:rPr>
      </w:r>
    </w:p>
    <w:p>
      <w:pPr>
        <w:spacing w:after="200"/>
      </w:pPr>
      <w:r>
        <w:rPr>
          <w:b w:val="0"/>
        </w:rPr>
        <w:t>お手数ですが、下の出欠票を締切までに幹事へお渡しください。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1984"/>
          </w:tcPr>
          <w:p>
            <w:r>
              <w:t>お名前</w:t>
            </w:r>
          </w:p>
        </w:tc>
        <w:tc>
          <w:tcPr>
            <w:tcW w:type="dxa" w:w="7087"/>
          </w:tcPr>
          <w:p>
            <w:r/>
          </w:p>
        </w:tc>
      </w:tr>
      <w:tr>
        <w:tc>
          <w:tcPr>
            <w:tcW w:type="dxa" w:w="1984"/>
          </w:tcPr>
          <w:p>
            <w:r>
              <w:t>出欠</w:t>
            </w:r>
          </w:p>
        </w:tc>
        <w:tc>
          <w:tcPr>
            <w:tcW w:type="dxa" w:w="7087"/>
          </w:tcPr>
          <w:p>
            <w:r>
              <w:t>出席 ・ 欠席</w:t>
            </w:r>
          </w:p>
        </w:tc>
      </w:tr>
      <w:tr>
        <w:tc>
          <w:tcPr>
            <w:tcW w:type="dxa" w:w="1984"/>
          </w:tcPr>
          <w:p>
            <w:r>
              <w:t>ご連絡事項</w:t>
            </w:r>
          </w:p>
        </w:tc>
        <w:tc>
          <w:tcPr>
            <w:tcW w:type="dxa" w:w="7087"/>
          </w:tcPr>
          <w:p>
            <w:r/>
          </w:p>
        </w:tc>
      </w:tr>
    </w:tbl>
    <w:p>
      <w:pPr>
        <w:spacing w:after="0"/>
      </w:pPr>
      <w:r>
        <w:rPr>
          <w:b w:val="0"/>
        </w:rPr>
      </w:r>
      <w:r>
        <w:br w:type="page"/>
      </w:r>
    </w:p>
    <w:p>
      <w:pPr>
        <w:spacing w:after="280"/>
        <w:jc w:val="center"/>
      </w:pPr>
      <w:r>
        <w:rPr>
          <w:b/>
          <w:color w:val="1B7A43"/>
          <w:sz w:val="52"/>
        </w:rPr>
        <w:t>新年会やります!</w:t>
      </w:r>
    </w:p>
    <w:p>
      <w:pPr>
        <w:spacing w:after="40"/>
      </w:pPr>
      <w:r>
        <w:rPr>
          <w:b w:val="0"/>
        </w:rPr>
        <w:t>あけましておめでとうございます。</w:t>
      </w:r>
    </w:p>
    <w:p>
      <w:pPr>
        <w:spacing w:after="320"/>
      </w:pPr>
      <w:r>
        <w:rPr>
          <w:b w:val="0"/>
        </w:rPr>
        <w:t>今年もみんなでおいしいものを食べて、よいスタートを切りましょう。気軽に参加してください。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1984"/>
          </w:tcPr>
          <w:p>
            <w:r>
              <w:t>いつ</w:t>
            </w:r>
          </w:p>
        </w:tc>
        <w:tc>
          <w:tcPr>
            <w:tcW w:type="dxa" w:w="7087"/>
          </w:tcPr>
          <w:p>
            <w:r>
              <w:t>1月○日(○) ○時から</w:t>
            </w:r>
          </w:p>
        </w:tc>
      </w:tr>
      <w:tr>
        <w:tc>
          <w:tcPr>
            <w:tcW w:type="dxa" w:w="1984"/>
          </w:tcPr>
          <w:p>
            <w:r>
              <w:t>どこで</w:t>
            </w:r>
          </w:p>
        </w:tc>
        <w:tc>
          <w:tcPr>
            <w:tcW w:type="dxa" w:w="7087"/>
          </w:tcPr>
          <w:p>
            <w:r>
              <w:t>○○○○(○○駅から徒歩○分)</w:t>
            </w:r>
          </w:p>
        </w:tc>
      </w:tr>
      <w:tr>
        <w:tc>
          <w:tcPr>
            <w:tcW w:type="dxa" w:w="1984"/>
          </w:tcPr>
          <w:p>
            <w:r>
              <w:t>会費</w:t>
            </w:r>
          </w:p>
        </w:tc>
        <w:tc>
          <w:tcPr>
            <w:tcW w:type="dxa" w:w="7087"/>
          </w:tcPr>
          <w:p>
            <w:r>
              <w:t>○,○○○円</w:t>
            </w:r>
          </w:p>
        </w:tc>
      </w:tr>
      <w:tr>
        <w:tc>
          <w:tcPr>
            <w:tcW w:type="dxa" w:w="1984"/>
          </w:tcPr>
          <w:p>
            <w:r>
              <w:t>返事</w:t>
            </w:r>
          </w:p>
        </w:tc>
        <w:tc>
          <w:tcPr>
            <w:tcW w:type="dxa" w:w="7087"/>
          </w:tcPr>
          <w:p>
            <w:r>
              <w:t>○月○日(○)までに○○まで</w:t>
            </w:r>
          </w:p>
        </w:tc>
      </w:tr>
    </w:tbl>
    <w:p>
      <w:pPr>
        <w:spacing w:after="280"/>
      </w:pPr>
      <w:r>
        <w:rPr>
          <w:b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1984"/>
          </w:tcPr>
          <w:p>
            <w:r>
              <w:t>お名前</w:t>
            </w:r>
          </w:p>
        </w:tc>
        <w:tc>
          <w:tcPr>
            <w:tcW w:type="dxa" w:w="7087"/>
          </w:tcPr>
          <w:p>
            <w:r/>
          </w:p>
        </w:tc>
      </w:tr>
      <w:tr>
        <w:tc>
          <w:tcPr>
            <w:tcW w:type="dxa" w:w="1984"/>
          </w:tcPr>
          <w:p>
            <w:r>
              <w:t>出欠</w:t>
            </w:r>
          </w:p>
        </w:tc>
        <w:tc>
          <w:tcPr>
            <w:tcW w:type="dxa" w:w="7087"/>
          </w:tcPr>
          <w:p>
            <w:r>
              <w:t>出席 ・ 欠席</w:t>
            </w:r>
          </w:p>
        </w:tc>
      </w:tr>
    </w:tbl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60" w:lineRule="auto"/>
    </w:pPr>
    <w:rPr>
      <w:rFonts w:ascii="游ゴシック" w:hAnsi="游ゴシック" w:eastAsia="游ゴシック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