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  <w:jc w:val="center"/>
      </w:pPr>
      <w:r>
        <w:rPr>
          <w:b/>
          <w:color w:val="1B7A43"/>
          <w:sz w:val="28"/>
        </w:rPr>
        <w:t>承認欄・押印欄の見本(コピーして使えます)</w:t>
      </w:r>
    </w:p>
    <w:p>
      <w:pPr>
        <w:spacing w:after="60" w:before="120"/>
      </w:pPr>
      <w:r>
        <w:rPr>
          <w:b/>
          <w:sz w:val="21"/>
        </w:rPr>
        <w:t>3つの欄(承認・確認・作成)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rHeight w:val="340"/>
        </w:trPr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承認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確認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作成</w:t>
            </w:r>
          </w:p>
        </w:tc>
      </w:tr>
      <w:tr>
        <w:trPr>
          <w:trHeight w:val="907"/>
        </w:trPr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</w:tr>
      <w:tr>
        <w:trPr>
          <w:trHeight w:val="340"/>
        </w:trPr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</w:tr>
    </w:tbl>
    <w:p>
      <w:pPr>
        <w:spacing w:after="60" w:before="120"/>
      </w:pPr>
      <w:r>
        <w:rPr>
          <w:b/>
          <w:sz w:val="21"/>
        </w:rPr>
        <w:t>4つの欄(部長・課長・係長・担当)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340"/>
        </w:trPr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部長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課長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係長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担当</w:t>
            </w:r>
          </w:p>
        </w:tc>
      </w:tr>
      <w:tr>
        <w:trPr>
          <w:trHeight w:val="907"/>
        </w:trPr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</w:tr>
      <w:tr>
        <w:trPr>
          <w:trHeight w:val="340"/>
        </w:trPr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</w:tr>
    </w:tbl>
    <w:p>
      <w:pPr>
        <w:spacing w:after="60" w:before="120"/>
      </w:pPr>
      <w:r>
        <w:rPr>
          <w:b/>
          <w:sz w:val="21"/>
        </w:rPr>
        <w:t>5つの欄(社長・部長・課長・係長・担当)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rHeight w:val="340"/>
        </w:trPr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社長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部長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課長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係長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担当</w:t>
            </w:r>
          </w:p>
        </w:tc>
      </w:tr>
      <w:tr>
        <w:trPr>
          <w:trHeight w:val="907"/>
        </w:trPr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</w:tr>
      <w:tr>
        <w:trPr>
          <w:trHeight w:val="340"/>
        </w:trPr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</w:tr>
    </w:tbl>
    <w:p>
      <w:pPr>
        <w:spacing w:after="60" w:before="120"/>
      </w:pPr>
      <w:r>
        <w:rPr>
          <w:b/>
          <w:sz w:val="21"/>
        </w:rPr>
        <w:t>6つの欄(回覧・決裁用)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340"/>
        </w:trPr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社長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専務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部長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課長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係長</w:t>
            </w:r>
          </w:p>
        </w:tc>
        <w:tc>
          <w:tcPr>
            <w:tcW w:type="dxa" w:w="1077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担当</w:t>
            </w:r>
          </w:p>
        </w:tc>
      </w:tr>
      <w:tr>
        <w:trPr>
          <w:trHeight w:val="907"/>
        </w:trPr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</w:r>
          </w:p>
        </w:tc>
      </w:tr>
      <w:tr>
        <w:trPr>
          <w:trHeight w:val="340"/>
        </w:trPr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</w:tr>
    </w:tbl>
    <w:p>
      <w:pPr>
        <w:spacing w:after="60" w:before="200"/>
      </w:pPr>
      <w:r>
        <w:rPr>
          <w:b/>
          <w:sz w:val="21"/>
        </w:rPr>
        <w:t>2段の欄(申請側・承認側)</w:t>
      </w:r>
    </w:p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rHeight w:val="340"/>
        </w:trPr>
        <w:tc>
          <w:tcPr>
            <w:tcW w:type="dxa" w:w="454"/>
            <w:vMerge w:val="restart"/>
            <w:shd w:val="clear" w:color="auto" w:fill="DDEFE4"/>
          </w:tcPr>
          <w:p>
            <w:pPr>
              <w:jc w:val="center"/>
            </w:pPr>
            <w:r/>
            <w:r>
              <w:rPr>
                <w:sz w:val="17"/>
              </w:rPr>
              <w:t>承認側</w:t>
            </w:r>
          </w:p>
        </w:tc>
        <w:tc>
          <w:tcPr>
            <w:tcW w:type="dxa" w:w="964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部長</w:t>
            </w:r>
          </w:p>
        </w:tc>
        <w:tc>
          <w:tcPr>
            <w:tcW w:type="dxa" w:w="964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課長</w:t>
            </w:r>
          </w:p>
        </w:tc>
        <w:tc>
          <w:tcPr>
            <w:tcW w:type="dxa" w:w="964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係長</w:t>
            </w:r>
          </w:p>
        </w:tc>
        <w:tc>
          <w:tcPr>
            <w:tcW w:type="dxa" w:w="454"/>
            <w:vMerge w:val="restart"/>
            <w:shd w:val="clear" w:color="auto" w:fill="DDEFE4"/>
          </w:tcPr>
          <w:p>
            <w:pPr>
              <w:jc w:val="center"/>
            </w:pPr>
            <w:r/>
            <w:r>
              <w:rPr>
                <w:sz w:val="17"/>
              </w:rPr>
              <w:t>申請側</w:t>
            </w:r>
          </w:p>
        </w:tc>
        <w:tc>
          <w:tcPr>
            <w:tcW w:type="dxa" w:w="964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課長</w:t>
            </w:r>
          </w:p>
        </w:tc>
        <w:tc>
          <w:tcPr>
            <w:tcW w:type="dxa" w:w="964"/>
            <w:shd w:val="clear" w:color="auto" w:fill="DDEFE4"/>
          </w:tcPr>
          <w:p>
            <w:pPr>
              <w:jc w:val="center"/>
            </w:pPr>
            <w:r/>
            <w:r>
              <w:rPr>
                <w:sz w:val="19"/>
              </w:rPr>
              <w:t>担当</w:t>
            </w:r>
          </w:p>
        </w:tc>
      </w:tr>
      <w:tr>
        <w:trPr>
          <w:trHeight w:val="907"/>
        </w:trPr>
        <w:tc>
          <w:tcPr>
            <w:tcW w:type="dxa" w:w="454"/>
            <w:vMerge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  <w:tc>
          <w:tcPr>
            <w:tcW w:type="dxa" w:w="454"/>
            <w:vMerge/>
          </w:tcPr>
          <w:p/>
        </w:tc>
        <w:tc>
          <w:tcPr>
            <w:tcW w:type="dxa" w:w="964"/>
          </w:tcPr>
          <w:p/>
        </w:tc>
        <w:tc>
          <w:tcPr>
            <w:tcW w:type="dxa" w:w="964"/>
          </w:tcPr>
          <w:p/>
        </w:tc>
      </w:tr>
      <w:tr>
        <w:trPr>
          <w:trHeight w:val="340"/>
        </w:trPr>
        <w:tc>
          <w:tcPr>
            <w:tcW w:type="dxa" w:w="454"/>
            <w:vMerge/>
          </w:tcPr>
          <w:p/>
        </w:tc>
        <w:tc>
          <w:tcPr>
            <w:tcW w:type="dxa" w:w="964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964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964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454"/>
            <w:vMerge/>
          </w:tcPr>
          <w:p/>
        </w:tc>
        <w:tc>
          <w:tcPr>
            <w:tcW w:type="dxa" w:w="964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  <w:tc>
          <w:tcPr>
            <w:tcW w:type="dxa" w:w="964"/>
          </w:tcPr>
          <w:p>
            <w:pPr>
              <w:jc w:val="center"/>
            </w:pPr>
            <w:r/>
            <w:r>
              <w:rPr>
                <w:sz w:val="18"/>
              </w:rPr>
              <w:t xml:space="preserve">　/　</w:t>
            </w:r>
          </w:p>
        </w:tc>
      </w:tr>
    </w:tbl>
    <w:p>
      <w:pPr>
        <w:spacing w:after="160" w:before="0"/>
      </w:pPr>
      <w:r>
        <w:rPr>
          <w:b w:val="0"/>
        </w:rPr>
      </w:r>
    </w:p>
    <w:p>
      <w:pPr>
        <w:spacing w:after="0" w:before="0"/>
      </w:pPr>
      <w:r>
        <w:rPr>
          <w:b w:val="0"/>
          <w:sz w:val="18"/>
        </w:rPr>
        <w:t>使い方:欄をクリックして表全体を選び、コピーして書類の右上に貼りつけます。役職名は打ちかえ、列はレイアウトタブの「左に列を挿入」で増やせます。下の段には押した日付を書きます。</w:t>
      </w:r>
    </w:p>
    <w:p>
      <w:pPr>
        <w:spacing w:after="0" w:before="120"/>
        <w:jc w:val="right"/>
      </w:pPr>
      <w:r>
        <w:rPr>
          <w:b w:val="0"/>
          <w:sz w:val="16"/>
        </w:rPr>
        <w:t>もてなしお motenashio.com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游ゴシック" w:hAnsi="游ゴシック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