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color w:val="1B7A43"/>
          <w:sz w:val="40"/>
        </w:rPr>
        <w:t>設立趣意書</w:t>
      </w:r>
    </w:p>
    <w:p>
      <w:pPr>
        <w:spacing w:after="0"/>
        <w:jc w:val="right"/>
      </w:pPr>
      <w:r>
        <w:rPr>
          <w:b w:val="0"/>
        </w:rPr>
        <w:t>令和○年○月○日</w:t>
      </w:r>
    </w:p>
    <w:p>
      <w:pPr>
        <w:spacing w:after="240"/>
        <w:jc w:val="right"/>
      </w:pPr>
      <w:r>
        <w:rPr>
          <w:b w:val="0"/>
        </w:rPr>
        <w:t>○○○○の会 設立発起人一同</w:t>
      </w:r>
    </w:p>
    <w:p>
      <w:pPr>
        <w:spacing w:after="160"/>
        <w:ind w:firstLine="210"/>
      </w:pPr>
      <w:r>
        <w:rPr>
          <w:b w:val="0"/>
        </w:rPr>
        <w:t>私たちの地域では、○○が課題となっています。○○の調査では、○○の割合がこの○年で○%増えました。</w:t>
      </w:r>
    </w:p>
    <w:p>
      <w:pPr>
        <w:spacing w:after="160"/>
        <w:ind w:firstLine="210"/>
      </w:pPr>
      <w:r>
        <w:rPr>
          <w:b w:val="0"/>
        </w:rPr>
        <w:t>こうした状況を受け、私たちは○○に取り組む場が必要だと考えました。○○が気軽に集まり、知恵と力を持ち寄ることで、○○を実現できると信じています。</w:t>
      </w:r>
    </w:p>
    <w:p>
      <w:pPr>
        <w:spacing w:after="160"/>
        <w:ind w:firstLine="210"/>
      </w:pPr>
      <w:r>
        <w:rPr>
          <w:b w:val="0"/>
        </w:rPr>
        <w:t>そこで、○○を目的として「○○○○の会」を設立いたします。主な活動は、○○、○○、○○の3つです。</w:t>
      </w:r>
    </w:p>
    <w:p>
      <w:pPr>
        <w:spacing w:after="160"/>
        <w:ind w:firstLine="210"/>
      </w:pPr>
      <w:r>
        <w:rPr>
          <w:b w:val="0"/>
        </w:rPr>
        <w:t>この趣旨にご賛同いただき、ご参加とご支援を賜りますよう、お願い申し上げます。</w:t>
      </w:r>
    </w:p>
    <w:p>
      <w:pPr>
        <w:spacing w:after="120"/>
        <w:jc w:val="center"/>
      </w:pPr>
      <w:r>
        <w:rPr>
          <w:b w:val="0"/>
        </w:rPr>
        <w:t>記</w:t>
      </w:r>
    </w:p>
    <w:p>
      <w:pPr>
        <w:spacing w:after="60"/>
      </w:pPr>
      <w:r>
        <w:rPr>
          <w:b w:val="0"/>
        </w:rPr>
        <w:t>名称:○○○○の会</w:t>
      </w:r>
    </w:p>
    <w:p>
      <w:pPr>
        <w:spacing w:after="60"/>
      </w:pPr>
      <w:r>
        <w:rPr>
          <w:b w:val="0"/>
        </w:rPr>
        <w:t>目的:○○○○</w:t>
      </w:r>
    </w:p>
    <w:p>
      <w:pPr>
        <w:spacing w:after="60"/>
      </w:pPr>
      <w:r>
        <w:rPr>
          <w:b w:val="0"/>
        </w:rPr>
        <w:t>主な活動:○○○○</w:t>
      </w:r>
    </w:p>
    <w:p>
      <w:pPr>
        <w:spacing w:after="60"/>
      </w:pPr>
      <w:r>
        <w:rPr>
          <w:b w:val="0"/>
        </w:rPr>
        <w:t>設立日:令和○年○月○日</w:t>
      </w:r>
    </w:p>
    <w:p>
      <w:pPr>
        <w:spacing w:after="60"/>
      </w:pPr>
      <w:r>
        <w:rPr>
          <w:b w:val="0"/>
        </w:rPr>
        <w:t>連絡先:○○○○(電話 00-0000-0000)</w:t>
      </w:r>
    </w:p>
    <w:p>
      <w:pPr>
        <w:spacing w:after="0"/>
        <w:jc w:val="right"/>
      </w:pPr>
      <w:r>
        <w:rPr>
          <w:b w:val="0"/>
        </w:rPr>
        <w:t>以上</w:t>
      </w:r>
      <w:r>
        <w:br w:type="page"/>
      </w:r>
    </w:p>
    <w:p>
      <w:pPr>
        <w:spacing w:after="280"/>
        <w:jc w:val="center"/>
      </w:pPr>
      <w:r>
        <w:rPr>
          <w:b/>
          <w:color w:val="1B7A43"/>
          <w:sz w:val="40"/>
        </w:rPr>
        <w:t>協賛のお願い(協賛趣意書)</w:t>
      </w:r>
    </w:p>
    <w:p>
      <w:pPr>
        <w:spacing w:after="0"/>
        <w:jc w:val="right"/>
      </w:pPr>
      <w:r>
        <w:rPr>
          <w:b w:val="0"/>
        </w:rPr>
        <w:t>令和○年○月○日</w:t>
      </w:r>
    </w:p>
    <w:p>
      <w:pPr>
        <w:spacing w:after="40"/>
      </w:pPr>
      <w:r>
        <w:rPr>
          <w:b w:val="0"/>
        </w:rPr>
        <w:t>○○○○株式会社 御中</w:t>
      </w:r>
    </w:p>
    <w:p>
      <w:pPr>
        <w:spacing w:after="240"/>
        <w:jc w:val="right"/>
      </w:pPr>
      <w:r>
        <w:rPr>
          <w:b w:val="0"/>
        </w:rPr>
        <w:t>○○○○実行委員会 委員長 ○○ ○○</w:t>
      </w:r>
    </w:p>
    <w:p>
      <w:pPr>
        <w:spacing w:after="160"/>
        <w:ind w:firstLine="210"/>
      </w:pPr>
      <w:r>
        <w:rPr>
          <w:b w:val="0"/>
        </w:rPr>
        <w:t>拝啓 時下ますますご清栄のこととお喜び申し上げます。</w:t>
      </w:r>
    </w:p>
    <w:p>
      <w:pPr>
        <w:spacing w:after="160"/>
        <w:ind w:firstLine="210"/>
      </w:pPr>
      <w:r>
        <w:rPr>
          <w:b w:val="0"/>
        </w:rPr>
        <w:t>さて、私どもは令和○年○月○日に「○○○○」を開催いたします。本行事は、○○を目的として毎年開いており、昨年は約○○人が参加しました。</w:t>
      </w:r>
    </w:p>
    <w:p>
      <w:pPr>
        <w:spacing w:after="160"/>
        <w:ind w:firstLine="210"/>
      </w:pPr>
      <w:r>
        <w:rPr>
          <w:b w:val="0"/>
        </w:rPr>
        <w:t>開催には、会場費や運営費として約○○万円が必要です。つきましては、趣旨にご賛同いただき、ご協賛を賜りますよう、お願い申し上げます。</w:t>
      </w:r>
    </w:p>
    <w:p>
      <w:pPr>
        <w:spacing w:after="160"/>
        <w:jc w:val="right"/>
      </w:pPr>
      <w:r>
        <w:rPr>
          <w:b w:val="0"/>
        </w:rPr>
        <w:t>敬具</w:t>
      </w:r>
    </w:p>
    <w:p>
      <w:pPr>
        <w:spacing w:after="120"/>
        <w:jc w:val="center"/>
      </w:pPr>
      <w:r>
        <w:rPr>
          <w:b w:val="0"/>
        </w:rPr>
        <w:t>記</w:t>
      </w:r>
    </w:p>
    <w:p>
      <w:pPr>
        <w:spacing w:after="60"/>
      </w:pPr>
      <w:r>
        <w:rPr>
          <w:b w:val="0"/>
        </w:rPr>
        <w:t>行事の名称:○○○○</w:t>
      </w:r>
    </w:p>
    <w:p>
      <w:pPr>
        <w:spacing w:after="60"/>
      </w:pPr>
      <w:r>
        <w:rPr>
          <w:b w:val="0"/>
        </w:rPr>
        <w:t>日時・場所:令和○年○月○日(○) ○○○○</w:t>
      </w:r>
    </w:p>
    <w:p>
      <w:pPr>
        <w:spacing w:after="60"/>
      </w:pPr>
      <w:r>
        <w:rPr>
          <w:b w:val="0"/>
        </w:rPr>
        <w:t>協賛金:1口 ○○,○○○円</w:t>
      </w:r>
    </w:p>
    <w:p>
      <w:pPr>
        <w:spacing w:after="60"/>
      </w:pPr>
      <w:r>
        <w:rPr>
          <w:b w:val="0"/>
        </w:rPr>
        <w:t>協賛の特典:パンフレットへの社名掲載、会場での紹介</w:t>
      </w:r>
    </w:p>
    <w:p>
      <w:pPr>
        <w:spacing w:after="60"/>
      </w:pPr>
      <w:r>
        <w:rPr>
          <w:b w:val="0"/>
        </w:rPr>
        <w:t>お申込み:令和○年○月○日までに、○○まで</w:t>
      </w:r>
    </w:p>
    <w:p>
      <w:pPr>
        <w:spacing w:after="60"/>
      </w:pPr>
      <w:r>
        <w:rPr>
          <w:b w:val="0"/>
        </w:rPr>
        <w:t>連絡先:○○ ○○(電話 00-0000-0000)</w:t>
      </w:r>
    </w:p>
    <w:p>
      <w:pPr>
        <w:spacing w:after="0"/>
        <w:jc w:val="right"/>
      </w:pPr>
      <w:r>
        <w:rPr>
          <w:b w:val="0"/>
        </w:rPr>
        <w:t>以上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48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