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○○部の皆さま</w:t>
      </w:r>
    </w:p>
    <w:p>
      <w:pPr>
        <w:spacing w:after="160"/>
        <w:jc w:val="right"/>
      </w:pPr>
      <w:r>
        <w:rPr>
          <w:b w:val="0"/>
        </w:rPr>
        <w:t>幹事 ○○ ○○</w:t>
      </w:r>
    </w:p>
    <w:p>
      <w:pPr>
        <w:spacing w:after="200"/>
        <w:jc w:val="center"/>
      </w:pPr>
      <w:r>
        <w:rPr>
          <w:b/>
          <w:color w:val="1B7A43"/>
          <w:sz w:val="36"/>
        </w:rPr>
        <w:t>送別会のご案内</w:t>
      </w:r>
    </w:p>
    <w:p>
      <w:pPr>
        <w:spacing w:after="120"/>
        <w:ind w:firstLine="210"/>
      </w:pPr>
      <w:r>
        <w:rPr>
          <w:b w:val="0"/>
        </w:rPr>
        <w:t>日ごろより、お疲れさまです。</w:t>
      </w:r>
    </w:p>
    <w:p>
      <w:pPr>
        <w:spacing w:after="120"/>
        <w:ind w:firstLine="210"/>
      </w:pPr>
      <w:r>
        <w:rPr>
          <w:b w:val="0"/>
        </w:rPr>
        <w:t>このたび、○○部の○○ ○○さんが、令和○年○月○日をもちまして退職(○○支店へ異動)されることになりました。</w:t>
      </w:r>
    </w:p>
    <w:p>
      <w:pPr>
        <w:spacing w:after="120"/>
        <w:ind w:firstLine="210"/>
      </w:pPr>
      <w:r>
        <w:rPr>
          <w:b w:val="0"/>
        </w:rPr>
        <w:t>つきましては、これまでの感謝の気持ちをこめて、下記のとおり送別会を開きます。お忙しいところ恐縮ですが、ぜひご参加ください。</w:t>
      </w:r>
    </w:p>
    <w:p>
      <w:pPr>
        <w:spacing w:after="12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令和○年○月○日(○) 午後○時〜午後○時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○○○○(○○駅 ○口から徒歩○分)</w:t>
              <w:br/>
              <w:t>電話 00-0000-0000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会費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○,○○○円(当日、受付でお支払いください)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送られる方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○○部 ○○ ○○さん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幹事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○○部 ○○ ○○(内線 ○○○)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出欠は、下の票に書いて、令和○年○月○日(○)までに幹事の○○まで提出してください。</w:t>
      </w:r>
    </w:p>
    <w:p>
      <w:pPr>
        <w:spacing w:after="200"/>
        <w:jc w:val="right"/>
      </w:pPr>
      <w:r>
        <w:rPr>
          <w:b w:val="0"/>
        </w:rPr>
        <w:t>以上</w:t>
      </w:r>
    </w:p>
    <w:p>
      <w:pPr>
        <w:spacing w:after="160"/>
        <w:jc w:val="center"/>
      </w:pPr>
      <w:r>
        <w:rPr>
          <w:b w:val="0"/>
          <w:sz w:val="18"/>
        </w:rPr>
        <w:t>- - - - - - - - - - - - - - - - - - - - (切り取り線) - - - - - - - - - - - - - - - - - - - -</w:t>
      </w:r>
    </w:p>
    <w:p>
      <w:pPr>
        <w:spacing w:after="120"/>
        <w:jc w:val="center"/>
      </w:pPr>
      <w:r>
        <w:rPr>
          <w:b/>
          <w:sz w:val="26"/>
        </w:rPr>
        <w:t>送別会のご案内 出欠票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所属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出欠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出席  ・  欠席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記念品の寄せ書き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参加する  ・  参加しない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ひとこと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br/>
            </w:r>
          </w:p>
        </w:tc>
      </w:tr>
    </w:tbl>
    <w:sectPr w:rsidR="00FC693F" w:rsidRPr="0006063C" w:rsidSect="00034616">
      <w:pgSz w:w="11906" w:h="16838"/>
      <w:pgMar w:top="850" w:right="1417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