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株式会社○○○○</w:t>
        <w:br/>
        <w:t>○○部 ○○ ○○ 様</w:t>
      </w:r>
    </w:p>
    <w:p>
      <w:pPr>
        <w:spacing w:after="0"/>
        <w:jc w:val="right"/>
      </w:pPr>
      <w:r>
        <w:rPr>
          <w:b w:val="0"/>
        </w:rPr>
        <w:t>株式会社○○○○ ○○部</w:t>
      </w:r>
    </w:p>
    <w:p>
      <w:pPr>
        <w:spacing w:after="0"/>
        <w:jc w:val="right"/>
      </w:pPr>
      <w:r>
        <w:rPr>
          <w:b w:val="0"/>
        </w:rPr>
        <w:t>○○ ○○</w:t>
      </w:r>
    </w:p>
    <w:p>
      <w:pPr>
        <w:spacing w:after="120"/>
      </w:pPr>
      <w:r>
        <w:rPr>
          <w:b w:val="0"/>
        </w:rPr>
      </w:r>
    </w:p>
    <w:p>
      <w:pPr>
        <w:spacing w:after="240"/>
        <w:jc w:val="center"/>
      </w:pPr>
      <w:r>
        <w:rPr>
          <w:b/>
          <w:color w:val="1B7A43"/>
          <w:sz w:val="32"/>
        </w:rPr>
        <w:t>退職のご挨拶</w:t>
      </w:r>
    </w:p>
    <w:p>
      <w:pPr>
        <w:spacing w:after="120"/>
        <w:ind w:firstLine="210"/>
      </w:pPr>
      <w:r>
        <w:rPr>
          <w:b w:val="0"/>
        </w:rPr>
        <w:t>拝啓 ○○の候、貴社ますますご清栄のこととお喜び申し上げます。</w:t>
      </w:r>
    </w:p>
    <w:p>
      <w:pPr>
        <w:spacing w:after="120"/>
        <w:ind w:firstLine="210"/>
      </w:pPr>
      <w:r>
        <w:rPr>
          <w:b w:val="0"/>
        </w:rPr>
        <w:t>さて、私こと○○ ○○は、令和○年○月○日をもちまして、株式会社○○○○を退職することとなりました。</w:t>
      </w:r>
    </w:p>
    <w:p>
      <w:pPr>
        <w:spacing w:after="120"/>
        <w:ind w:firstLine="210"/>
      </w:pPr>
      <w:r>
        <w:rPr>
          <w:b w:val="0"/>
        </w:rPr>
        <w:t>在職中は格別のご厚情を賜り、心より御礼申し上げます。○○様には、○○の折に大変お世話になりました。いただいたお言葉は、これからも忘れることはありません。</w:t>
      </w:r>
    </w:p>
    <w:p>
      <w:pPr>
        <w:spacing w:after="120"/>
        <w:ind w:firstLine="210"/>
      </w:pPr>
      <w:r>
        <w:rPr>
          <w:b w:val="0"/>
        </w:rPr>
        <w:t>なお、今後の業務は、同じ○○部の○○ ○○が担当いたします。後日あらためて、ご挨拶にうかがわせていただきます。変わらぬご指導を賜りますよう、お願い申し上げます。</w:t>
      </w:r>
    </w:p>
    <w:p>
      <w:pPr>
        <w:spacing w:after="120"/>
        <w:ind w:firstLine="210"/>
      </w:pPr>
      <w:r>
        <w:rPr>
          <w:b w:val="0"/>
        </w:rPr>
        <w:t>末筆ながら、貴社のますますのご発展と、皆さまのご健勝を心よりお祈り申し上げます。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後任:○○部 ○○ ○○(電話 00-0000-0000/メール ○○@○○.co.jp)</w:t>
      </w:r>
    </w:p>
    <w:p>
      <w:pPr>
        <w:spacing w:after="60"/>
      </w:pPr>
      <w:r>
        <w:rPr>
          <w:b w:val="0"/>
        </w:rPr>
        <w:t>最終出社日:令和○年○月○日</w:t>
      </w:r>
    </w:p>
    <w:p>
      <w:pPr>
        <w:spacing w:after="0"/>
        <w:jc w:val="right"/>
      </w:pPr>
      <w:r>
        <w:rPr>
          <w:b w:val="0"/>
        </w:rPr>
        <w:t>以上</w:t>
      </w:r>
      <w:r>
        <w:br w:type="page"/>
      </w:r>
    </w:p>
    <w:p>
      <w:pPr>
        <w:spacing w:after="280"/>
        <w:jc w:val="center"/>
      </w:pPr>
      <w:r>
        <w:rPr>
          <w:b/>
          <w:color w:val="1B7A43"/>
          <w:sz w:val="32"/>
        </w:rPr>
        <w:t>退職のご挨拶(社内向け)</w:t>
      </w:r>
    </w:p>
    <w:p>
      <w:pPr>
        <w:spacing w:after="120"/>
      </w:pPr>
      <w:r>
        <w:rPr>
          <w:b w:val="0"/>
        </w:rPr>
        <w:t>○○部の皆さま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お疲れさまです。○○部の○○です。</w:t>
      </w:r>
    </w:p>
    <w:p>
      <w:pPr>
        <w:spacing w:after="120"/>
      </w:pPr>
      <w:r>
        <w:rPr>
          <w:b w:val="0"/>
        </w:rPr>
        <w:t>私事で恐縮ですが、令和○年○月○日をもちまして、退職することになりました。本来であれば、直接ご挨拶にうかがうべきところ、文面でのご挨拶となりますことをお許しください。</w:t>
      </w:r>
    </w:p>
    <w:p>
      <w:pPr>
        <w:spacing w:after="120"/>
      </w:pPr>
      <w:r>
        <w:rPr>
          <w:b w:val="0"/>
        </w:rPr>
        <w:t>入社してから○年間、皆さまには本当にお世話になりました。とくに○○のときには、多くの方に助けていただきました。ここで学んだことを、これからも大切にしていきます。</w:t>
      </w:r>
    </w:p>
    <w:p>
      <w:pPr>
        <w:spacing w:after="120"/>
      </w:pPr>
      <w:r>
        <w:rPr>
          <w:b w:val="0"/>
        </w:rPr>
        <w:t>担当していた業務は、○○さんに引き継いでいます。ご不明な点は○○さんにお問い合わせください。</w:t>
      </w:r>
    </w:p>
    <w:p>
      <w:pPr>
        <w:spacing w:after="120"/>
      </w:pPr>
      <w:r>
        <w:rPr>
          <w:b w:val="0"/>
        </w:rPr>
        <w:t>最後になりましたが、皆さまのご健康と、ますますのご活躍をお祈りしています。本当にありがとうございました。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最終出社日:令和○年○月○日</w:t>
      </w:r>
    </w:p>
    <w:p>
      <w:pPr>
        <w:spacing w:after="120"/>
      </w:pPr>
      <w:r>
        <w:rPr>
          <w:b w:val="0"/>
        </w:rPr>
        <w:t>連絡先(差し支えなければ):○○○○@○○○○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