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1B7A43"/>
          <w:sz w:val="32"/>
        </w:rPr>
        <w:t>用紙サイズ一覧表(A判・B判)</w:t>
      </w:r>
    </w:p>
    <w:p>
      <w:pPr>
        <w:spacing w:after="120" w:before="0"/>
        <w:jc w:val="center"/>
      </w:pPr>
      <w:r>
        <w:rPr>
          <w:b w:val="0"/>
          <w:sz w:val="18"/>
        </w:rPr>
        <w:t>単位はmm(幅×高さ)。B判は日本の規格(JIS)のB列です。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rHeight w:val="425"/>
        </w:trPr>
        <w:tc>
          <w:tcPr>
            <w:tcW w:type="dxa" w:w="794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サイズ</w:t>
            </w:r>
          </w:p>
        </w:tc>
        <w:tc>
          <w:tcPr>
            <w:tcW w:type="dxa" w:w="1474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大きさ(mm)</w:t>
            </w:r>
          </w:p>
        </w:tc>
        <w:tc>
          <w:tcPr>
            <w:tcW w:type="dxa" w:w="2835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主な使いみち</w:t>
            </w:r>
          </w:p>
        </w:tc>
        <w:tc>
          <w:tcPr>
            <w:tcW w:type="dxa" w:w="794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サイズ</w:t>
            </w:r>
          </w:p>
        </w:tc>
        <w:tc>
          <w:tcPr>
            <w:tcW w:type="dxa" w:w="1474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大きさ(mm)</w:t>
            </w:r>
          </w:p>
        </w:tc>
        <w:tc>
          <w:tcPr>
            <w:tcW w:type="dxa" w:w="2835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主な使いみち</w:t>
            </w:r>
          </w:p>
        </w:tc>
      </w:tr>
      <w:tr>
        <w:trPr>
          <w:trHeight w:val="425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A0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841×1189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大判ポスター・図面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B0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1030×1456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大判ポスター</w:t>
            </w:r>
          </w:p>
        </w:tc>
      </w:tr>
      <w:tr>
        <w:trPr>
          <w:trHeight w:val="425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A1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594×841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ポスター・図面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B1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728×1030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駅のポスター</w:t>
            </w:r>
          </w:p>
        </w:tc>
      </w:tr>
      <w:tr>
        <w:trPr>
          <w:trHeight w:val="425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A2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420×594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ポスター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B2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515×728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ポスター</w:t>
            </w:r>
          </w:p>
        </w:tc>
      </w:tr>
      <w:tr>
        <w:trPr>
          <w:trHeight w:val="425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A3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297×420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見開きの資料・図面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B3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364×515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ポスター・掲示物</w:t>
            </w:r>
          </w:p>
        </w:tc>
      </w:tr>
      <w:tr>
        <w:trPr>
          <w:trHeight w:val="425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A4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210×297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コピー用紙・書類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B4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257×364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新聞の折り込み・資料</w:t>
            </w:r>
          </w:p>
        </w:tc>
      </w:tr>
      <w:tr>
        <w:trPr>
          <w:trHeight w:val="425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A5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148×210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ノート・手帳・冊子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B5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182×257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大学ノート・週刊誌</w:t>
            </w:r>
          </w:p>
        </w:tc>
      </w:tr>
      <w:tr>
        <w:trPr>
          <w:trHeight w:val="425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A6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105×148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文庫本・メモ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B6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128×182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単行本・手帳</w:t>
            </w:r>
          </w:p>
        </w:tc>
      </w:tr>
      <w:tr>
        <w:trPr>
          <w:trHeight w:val="425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A7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74×105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小さなメモ・カード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B7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91×128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小さな手帳</w:t>
            </w:r>
          </w:p>
        </w:tc>
      </w:tr>
      <w:tr>
        <w:trPr>
          <w:trHeight w:val="425"/>
        </w:trPr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A8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52×74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名刺より小さいカード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sz w:val="19"/>
              </w:rPr>
              <w:t>B8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19"/>
              </w:rPr>
              <w:t>64×91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カード</w:t>
            </w:r>
          </w:p>
        </w:tc>
      </w:tr>
    </w:tbl>
    <w:p>
      <w:pPr>
        <w:spacing w:after="120" w:before="0"/>
      </w:pPr>
      <w:r>
        <w:rPr>
          <w:b w:val="0"/>
        </w:rPr>
      </w:r>
    </w:p>
    <w:p>
      <w:pPr>
        <w:spacing w:after="60" w:before="0"/>
      </w:pPr>
      <w:r>
        <w:rPr>
          <w:b/>
          <w:color w:val="1B7A43"/>
          <w:sz w:val="22"/>
        </w:rPr>
        <w:t>そのほかのよく使うサイズ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397"/>
        </w:trPr>
        <w:tc>
          <w:tcPr>
            <w:tcW w:type="dxa" w:w="2268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名前</w:t>
            </w:r>
          </w:p>
        </w:tc>
        <w:tc>
          <w:tcPr>
            <w:tcW w:type="dxa" w:w="2835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大きさ(mm)</w:t>
            </w:r>
          </w:p>
        </w:tc>
        <w:tc>
          <w:tcPr>
            <w:tcW w:type="dxa" w:w="2268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名前</w:t>
            </w:r>
          </w:p>
        </w:tc>
        <w:tc>
          <w:tcPr>
            <w:tcW w:type="dxa" w:w="2835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大きさ(mm)</w:t>
            </w:r>
          </w:p>
        </w:tc>
      </w:tr>
      <w:tr>
        <w:trPr>
          <w:trHeight w:val="397"/>
        </w:trPr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9"/>
              </w:rPr>
              <w:t>はがき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9"/>
              </w:rPr>
              <w:t>100×148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9"/>
              </w:rPr>
              <w:t>長形3号封筒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9"/>
              </w:rPr>
              <w:t>120×235</w:t>
            </w:r>
          </w:p>
        </w:tc>
      </w:tr>
      <w:tr>
        <w:trPr>
          <w:trHeight w:val="397"/>
        </w:trPr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9"/>
              </w:rPr>
              <w:t>名刺(日本)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9"/>
              </w:rPr>
              <w:t>91×55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9"/>
              </w:rPr>
              <w:t>角形2号封筒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9"/>
              </w:rPr>
              <w:t>240×332</w:t>
            </w:r>
          </w:p>
        </w:tc>
      </w:tr>
      <w:tr>
        <w:trPr>
          <w:trHeight w:val="397"/>
        </w:trPr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9"/>
              </w:rPr>
              <w:t>L判(写真)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9"/>
              </w:rPr>
              <w:t>89×127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9"/>
              </w:rPr>
              <w:t>レター(米国)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9"/>
              </w:rPr>
              <w:t>215.9×279.4</w:t>
            </w:r>
          </w:p>
        </w:tc>
      </w:tr>
      <w:tr>
        <w:trPr>
          <w:trHeight w:val="397"/>
        </w:trPr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9"/>
              </w:rPr>
              <w:t>2L判(写真)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9"/>
              </w:rPr>
              <w:t>127×178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9"/>
              </w:rPr>
              <w:t>リーガル(米国)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9"/>
              </w:rPr>
              <w:t>215.9×355.6</w:t>
            </w:r>
          </w:p>
        </w:tc>
      </w:tr>
      <w:tr>
        <w:trPr>
          <w:trHeight w:val="397"/>
        </w:trPr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9"/>
              </w:rPr>
              <w:t>ISO B5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9"/>
              </w:rPr>
              <w:t>176×250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9"/>
              </w:rPr>
              <w:t>ISO B4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sz w:val="19"/>
              </w:rPr>
              <w:t>250×353</w:t>
            </w:r>
          </w:p>
        </w:tc>
      </w:tr>
    </w:tbl>
    <w:p>
      <w:pPr>
        <w:spacing w:after="120" w:before="0"/>
      </w:pPr>
      <w:r>
        <w:rPr>
          <w:b w:val="0"/>
        </w:rPr>
      </w:r>
    </w:p>
    <w:p>
      <w:pPr>
        <w:spacing w:after="60" w:before="0"/>
      </w:pPr>
      <w:r>
        <w:rPr>
          <w:b w:val="0"/>
          <w:sz w:val="18"/>
        </w:rPr>
        <w:t>覚え方:数字が1つ増えるごとに、長いほうの辺を半分に切った大きさになります(A3を半分にするとA4)。A判もB判も、縦と横の比は1:√2(約1:1.414)です。</w:t>
      </w:r>
    </w:p>
    <w:p>
      <w:pPr>
        <w:spacing w:after="0" w:before="0"/>
        <w:jc w:val="right"/>
      </w:pPr>
      <w:r>
        <w:rPr>
          <w:b w:val="0"/>
          <w:sz w:val="16"/>
        </w:rPr>
        <w:t>もてなしお motenashio.com</w:t>
      </w:r>
    </w:p>
    <w:sectPr w:rsidR="00FC693F" w:rsidRPr="0006063C" w:rsidSect="00034616"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